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F38EE" w14:textId="77777777" w:rsidR="00923AFC" w:rsidRDefault="00000000">
      <w:pPr>
        <w:spacing w:after="140"/>
        <w:jc w:val="center"/>
        <w:rPr>
          <w:lang w:eastAsia="zh-TW"/>
        </w:rPr>
      </w:pPr>
      <w:r>
        <w:rPr>
          <w:rFonts w:cs="Noto Sans CJK TC"/>
          <w:b/>
          <w:color w:val="253750"/>
          <w:sz w:val="29"/>
          <w:lang w:eastAsia="zh-TW"/>
        </w:rPr>
        <w:t>崇右影藝科技大學影視傳播系器材借用單</w:t>
      </w:r>
    </w:p>
    <w:tbl>
      <w:tblPr>
        <w:tblW w:w="0" w:type="auto"/>
        <w:tblBorders>
          <w:top w:val="single" w:sz="5" w:space="0" w:color="ABB9C6"/>
          <w:left w:val="single" w:sz="5" w:space="0" w:color="ABB9C6"/>
          <w:bottom w:val="single" w:sz="5" w:space="0" w:color="ABB9C6"/>
          <w:right w:val="single" w:sz="5" w:space="0" w:color="ABB9C6"/>
          <w:insideH w:val="single" w:sz="5" w:space="0" w:color="ABB9C6"/>
          <w:insideV w:val="single" w:sz="5" w:space="0" w:color="ABB9C6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3822"/>
        <w:gridCol w:w="1423"/>
        <w:gridCol w:w="3765"/>
      </w:tblGrid>
      <w:tr w:rsidR="00923AFC" w14:paraId="4715861A" w14:textId="77777777" w:rsidTr="00AA0F6A">
        <w:trPr>
          <w:cantSplit/>
          <w:trHeight w:val="561"/>
        </w:trPr>
        <w:tc>
          <w:tcPr>
            <w:tcW w:w="1366" w:type="dxa"/>
            <w:shd w:val="clear" w:color="auto" w:fill="EAF0F5"/>
            <w:tcMar>
              <w:top w:w="50" w:type="dxa"/>
              <w:left w:w="90" w:type="dxa"/>
              <w:bottom w:w="25" w:type="dxa"/>
              <w:right w:w="30" w:type="dxa"/>
            </w:tcMar>
            <w:vAlign w:val="center"/>
          </w:tcPr>
          <w:p w14:paraId="5207DB2D" w14:textId="77777777" w:rsidR="00923AFC" w:rsidRPr="00AA0F6A" w:rsidRDefault="00000000">
            <w:pPr>
              <w:rPr>
                <w:b/>
                <w:sz w:val="20"/>
                <w:szCs w:val="28"/>
              </w:rPr>
            </w:pPr>
            <w:proofErr w:type="spellStart"/>
            <w:r w:rsidRPr="00AA0F6A">
              <w:rPr>
                <w:rFonts w:cs="Noto Sans CJK TC"/>
                <w:b/>
                <w:sz w:val="20"/>
                <w:szCs w:val="28"/>
              </w:rPr>
              <w:t>申請人</w:t>
            </w:r>
            <w:proofErr w:type="spellEnd"/>
          </w:p>
        </w:tc>
        <w:tc>
          <w:tcPr>
            <w:tcW w:w="3822" w:type="dxa"/>
            <w:tcMar>
              <w:top w:w="50" w:type="dxa"/>
              <w:left w:w="90" w:type="dxa"/>
              <w:bottom w:w="25" w:type="dxa"/>
              <w:right w:w="30" w:type="dxa"/>
            </w:tcMar>
            <w:vAlign w:val="center"/>
          </w:tcPr>
          <w:p w14:paraId="12702996" w14:textId="77777777" w:rsidR="00923AFC" w:rsidRPr="00AA0F6A" w:rsidRDefault="00923AFC">
            <w:pPr>
              <w:rPr>
                <w:b/>
                <w:sz w:val="20"/>
                <w:szCs w:val="28"/>
              </w:rPr>
            </w:pPr>
          </w:p>
        </w:tc>
        <w:tc>
          <w:tcPr>
            <w:tcW w:w="1423" w:type="dxa"/>
            <w:shd w:val="clear" w:color="auto" w:fill="EAF0F5"/>
            <w:tcMar>
              <w:top w:w="50" w:type="dxa"/>
              <w:left w:w="90" w:type="dxa"/>
              <w:bottom w:w="25" w:type="dxa"/>
              <w:right w:w="30" w:type="dxa"/>
            </w:tcMar>
            <w:vAlign w:val="center"/>
          </w:tcPr>
          <w:p w14:paraId="73F829F8" w14:textId="77777777" w:rsidR="00923AFC" w:rsidRPr="00AA0F6A" w:rsidRDefault="00000000">
            <w:pPr>
              <w:rPr>
                <w:b/>
                <w:sz w:val="20"/>
                <w:szCs w:val="28"/>
              </w:rPr>
            </w:pPr>
            <w:r w:rsidRPr="00AA0F6A">
              <w:rPr>
                <w:rFonts w:cs="Noto Sans CJK TC"/>
                <w:b/>
                <w:sz w:val="20"/>
                <w:szCs w:val="28"/>
              </w:rPr>
              <w:t>用途</w:t>
            </w:r>
          </w:p>
        </w:tc>
        <w:tc>
          <w:tcPr>
            <w:tcW w:w="3765" w:type="dxa"/>
            <w:tcMar>
              <w:top w:w="50" w:type="dxa"/>
              <w:left w:w="90" w:type="dxa"/>
              <w:bottom w:w="25" w:type="dxa"/>
              <w:right w:w="30" w:type="dxa"/>
            </w:tcMar>
            <w:vAlign w:val="center"/>
          </w:tcPr>
          <w:p w14:paraId="126EFE11" w14:textId="77777777" w:rsidR="00923AFC" w:rsidRPr="00AA0F6A" w:rsidRDefault="00923AFC">
            <w:pPr>
              <w:rPr>
                <w:b/>
                <w:sz w:val="20"/>
                <w:szCs w:val="28"/>
              </w:rPr>
            </w:pPr>
          </w:p>
        </w:tc>
      </w:tr>
      <w:tr w:rsidR="00923AFC" w14:paraId="6B56E60C" w14:textId="77777777" w:rsidTr="00AA0F6A">
        <w:trPr>
          <w:cantSplit/>
          <w:trHeight w:val="295"/>
        </w:trPr>
        <w:tc>
          <w:tcPr>
            <w:tcW w:w="1366" w:type="dxa"/>
            <w:shd w:val="clear" w:color="auto" w:fill="EAF0F5"/>
            <w:tcMar>
              <w:top w:w="50" w:type="dxa"/>
              <w:left w:w="90" w:type="dxa"/>
              <w:bottom w:w="25" w:type="dxa"/>
              <w:right w:w="30" w:type="dxa"/>
            </w:tcMar>
            <w:vAlign w:val="center"/>
          </w:tcPr>
          <w:p w14:paraId="1FC66891" w14:textId="77777777" w:rsidR="00923AFC" w:rsidRPr="00AA0F6A" w:rsidRDefault="00000000">
            <w:pPr>
              <w:rPr>
                <w:b/>
                <w:sz w:val="20"/>
                <w:szCs w:val="28"/>
              </w:rPr>
            </w:pPr>
            <w:proofErr w:type="spellStart"/>
            <w:r w:rsidRPr="00AA0F6A">
              <w:rPr>
                <w:rFonts w:cs="Noto Sans CJK TC"/>
                <w:b/>
                <w:sz w:val="20"/>
                <w:szCs w:val="28"/>
              </w:rPr>
              <w:t>作品名稱</w:t>
            </w:r>
            <w:proofErr w:type="spellEnd"/>
          </w:p>
        </w:tc>
        <w:tc>
          <w:tcPr>
            <w:tcW w:w="9010" w:type="dxa"/>
            <w:gridSpan w:val="3"/>
            <w:tcMar>
              <w:top w:w="50" w:type="dxa"/>
              <w:left w:w="90" w:type="dxa"/>
              <w:bottom w:w="25" w:type="dxa"/>
              <w:right w:w="30" w:type="dxa"/>
            </w:tcMar>
            <w:vAlign w:val="center"/>
          </w:tcPr>
          <w:p w14:paraId="19A64357" w14:textId="77777777" w:rsidR="00923AFC" w:rsidRPr="00AA0F6A" w:rsidRDefault="00923AFC">
            <w:pPr>
              <w:rPr>
                <w:b/>
                <w:sz w:val="20"/>
                <w:szCs w:val="28"/>
              </w:rPr>
            </w:pPr>
          </w:p>
          <w:p w14:paraId="1A723115" w14:textId="77777777" w:rsidR="00923AFC" w:rsidRPr="00AA0F6A" w:rsidRDefault="00923AFC">
            <w:pPr>
              <w:rPr>
                <w:b/>
                <w:sz w:val="20"/>
                <w:szCs w:val="28"/>
              </w:rPr>
            </w:pPr>
          </w:p>
          <w:p w14:paraId="29D1A941" w14:textId="77777777" w:rsidR="00923AFC" w:rsidRPr="00AA0F6A" w:rsidRDefault="00923AFC">
            <w:pPr>
              <w:rPr>
                <w:b/>
                <w:sz w:val="20"/>
                <w:szCs w:val="28"/>
              </w:rPr>
            </w:pPr>
          </w:p>
        </w:tc>
      </w:tr>
      <w:tr w:rsidR="00923AFC" w14:paraId="0B437177" w14:textId="77777777" w:rsidTr="009C07B5">
        <w:trPr>
          <w:cantSplit/>
          <w:trHeight w:val="539"/>
        </w:trPr>
        <w:tc>
          <w:tcPr>
            <w:tcW w:w="1366" w:type="dxa"/>
            <w:shd w:val="clear" w:color="auto" w:fill="EAF0F5"/>
            <w:tcMar>
              <w:top w:w="50" w:type="dxa"/>
              <w:left w:w="90" w:type="dxa"/>
              <w:bottom w:w="25" w:type="dxa"/>
              <w:right w:w="30" w:type="dxa"/>
            </w:tcMar>
            <w:vAlign w:val="center"/>
          </w:tcPr>
          <w:p w14:paraId="7FC4467A" w14:textId="77777777" w:rsidR="00923AFC" w:rsidRPr="00AA0F6A" w:rsidRDefault="00000000">
            <w:pPr>
              <w:rPr>
                <w:b/>
                <w:sz w:val="20"/>
                <w:szCs w:val="28"/>
              </w:rPr>
            </w:pPr>
            <w:proofErr w:type="spellStart"/>
            <w:r w:rsidRPr="00AA0F6A">
              <w:rPr>
                <w:rFonts w:cs="Noto Sans CJK TC"/>
                <w:b/>
                <w:sz w:val="20"/>
                <w:szCs w:val="28"/>
              </w:rPr>
              <w:t>借用日期時間</w:t>
            </w:r>
            <w:proofErr w:type="spellEnd"/>
          </w:p>
        </w:tc>
        <w:tc>
          <w:tcPr>
            <w:tcW w:w="3822" w:type="dxa"/>
            <w:tcMar>
              <w:top w:w="50" w:type="dxa"/>
              <w:left w:w="90" w:type="dxa"/>
              <w:bottom w:w="25" w:type="dxa"/>
              <w:right w:w="30" w:type="dxa"/>
            </w:tcMar>
            <w:vAlign w:val="center"/>
          </w:tcPr>
          <w:p w14:paraId="27D0BAB8" w14:textId="7D03C59E" w:rsidR="00923AFC" w:rsidRPr="009C07B5" w:rsidRDefault="009C07B5">
            <w:pPr>
              <w:rPr>
                <w:bCs/>
                <w:sz w:val="20"/>
                <w:szCs w:val="28"/>
              </w:rPr>
            </w:pPr>
            <w:r>
              <w:rPr>
                <w:rFonts w:ascii="新細明體" w:eastAsia="新細明體" w:hAnsi="新細明體" w:hint="eastAsia"/>
                <w:b/>
                <w:sz w:val="20"/>
                <w:szCs w:val="28"/>
                <w:lang w:eastAsia="zh-TW"/>
              </w:rPr>
              <w:t xml:space="preserve">           </w:t>
            </w:r>
            <w:r>
              <w:rPr>
                <w:rFonts w:ascii="新細明體" w:eastAsia="新細明體" w:hAnsi="新細明體" w:cs="新細明體" w:hint="eastAsia"/>
                <w:b/>
                <w:sz w:val="20"/>
                <w:szCs w:val="28"/>
                <w:lang w:eastAsia="zh-TW"/>
              </w:rPr>
              <w:t xml:space="preserve">年 </w:t>
            </w:r>
            <w:r>
              <w:rPr>
                <w:rFonts w:ascii="新細明體" w:eastAsia="新細明體" w:hAnsi="新細明體" w:hint="eastAsia"/>
                <w:b/>
                <w:sz w:val="20"/>
                <w:szCs w:val="28"/>
                <w:lang w:eastAsia="zh-TW"/>
              </w:rPr>
              <w:t xml:space="preserve">           月           日          ：</w:t>
            </w:r>
          </w:p>
        </w:tc>
        <w:tc>
          <w:tcPr>
            <w:tcW w:w="1423" w:type="dxa"/>
            <w:shd w:val="clear" w:color="auto" w:fill="EAF0F5"/>
            <w:tcMar>
              <w:top w:w="50" w:type="dxa"/>
              <w:left w:w="90" w:type="dxa"/>
              <w:bottom w:w="25" w:type="dxa"/>
              <w:right w:w="30" w:type="dxa"/>
            </w:tcMar>
            <w:vAlign w:val="center"/>
          </w:tcPr>
          <w:p w14:paraId="0D97FD30" w14:textId="77777777" w:rsidR="00923AFC" w:rsidRPr="00AA0F6A" w:rsidRDefault="00000000">
            <w:pPr>
              <w:rPr>
                <w:b/>
                <w:sz w:val="20"/>
                <w:szCs w:val="28"/>
              </w:rPr>
            </w:pPr>
            <w:r w:rsidRPr="00AA0F6A">
              <w:rPr>
                <w:rFonts w:cs="Noto Sans CJK TC"/>
                <w:b/>
                <w:sz w:val="20"/>
                <w:szCs w:val="28"/>
              </w:rPr>
              <w:t>歸還日期時間</w:t>
            </w:r>
          </w:p>
        </w:tc>
        <w:tc>
          <w:tcPr>
            <w:tcW w:w="3765" w:type="dxa"/>
            <w:tcMar>
              <w:top w:w="50" w:type="dxa"/>
              <w:left w:w="90" w:type="dxa"/>
              <w:bottom w:w="25" w:type="dxa"/>
              <w:right w:w="30" w:type="dxa"/>
            </w:tcMar>
            <w:vAlign w:val="center"/>
          </w:tcPr>
          <w:p w14:paraId="1AD8D3D6" w14:textId="1DDE37C6" w:rsidR="00923AFC" w:rsidRPr="00AA0F6A" w:rsidRDefault="009C07B5">
            <w:pPr>
              <w:rPr>
                <w:b/>
                <w:sz w:val="20"/>
                <w:szCs w:val="28"/>
              </w:rPr>
            </w:pPr>
            <w:r>
              <w:rPr>
                <w:rFonts w:ascii="新細明體" w:eastAsia="新細明體" w:hAnsi="新細明體" w:hint="eastAsia"/>
                <w:b/>
                <w:sz w:val="20"/>
                <w:szCs w:val="28"/>
                <w:lang w:eastAsia="zh-TW"/>
              </w:rPr>
              <w:t xml:space="preserve">           </w:t>
            </w:r>
            <w:r>
              <w:rPr>
                <w:rFonts w:ascii="新細明體" w:eastAsia="新細明體" w:hAnsi="新細明體" w:cs="新細明體" w:hint="eastAsia"/>
                <w:b/>
                <w:sz w:val="20"/>
                <w:szCs w:val="28"/>
                <w:lang w:eastAsia="zh-TW"/>
              </w:rPr>
              <w:t xml:space="preserve">年 </w:t>
            </w:r>
            <w:r>
              <w:rPr>
                <w:rFonts w:ascii="新細明體" w:eastAsia="新細明體" w:hAnsi="新細明體" w:hint="eastAsia"/>
                <w:b/>
                <w:sz w:val="20"/>
                <w:szCs w:val="28"/>
                <w:lang w:eastAsia="zh-TW"/>
              </w:rPr>
              <w:t xml:space="preserve">           月           日          ：</w:t>
            </w:r>
          </w:p>
        </w:tc>
      </w:tr>
    </w:tbl>
    <w:p w14:paraId="3564A8F7" w14:textId="77777777" w:rsidR="00923AFC" w:rsidRDefault="00000000">
      <w:pPr>
        <w:spacing w:before="120" w:after="80"/>
        <w:rPr>
          <w:lang w:eastAsia="zh-TW"/>
        </w:rPr>
      </w:pPr>
      <w:r>
        <w:rPr>
          <w:rFonts w:cs="Noto Sans CJK TC"/>
          <w:color w:val="496176"/>
          <w:lang w:eastAsia="zh-TW"/>
        </w:rPr>
        <w:t>器材清單（請於每項器材右側填寫借用數量）</w:t>
      </w:r>
    </w:p>
    <w:tbl>
      <w:tblPr>
        <w:tblW w:w="0" w:type="auto"/>
        <w:tblBorders>
          <w:top w:val="single" w:sz="5" w:space="0" w:color="ABB9C6"/>
          <w:left w:val="single" w:sz="5" w:space="0" w:color="ABB9C6"/>
          <w:bottom w:val="single" w:sz="5" w:space="0" w:color="ABB9C6"/>
          <w:right w:val="single" w:sz="5" w:space="0" w:color="ABB9C6"/>
          <w:insideH w:val="single" w:sz="5" w:space="0" w:color="ABB9C6"/>
          <w:insideV w:val="single" w:sz="5" w:space="0" w:color="ABB9C6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567"/>
        <w:gridCol w:w="2891"/>
        <w:gridCol w:w="567"/>
        <w:gridCol w:w="2891"/>
        <w:gridCol w:w="567"/>
      </w:tblGrid>
      <w:tr w:rsidR="00923AFC" w14:paraId="082DE86F" w14:textId="77777777">
        <w:trPr>
          <w:cantSplit/>
          <w:trHeight w:val="289"/>
        </w:trPr>
        <w:tc>
          <w:tcPr>
            <w:tcW w:w="2891" w:type="dxa"/>
            <w:shd w:val="clear" w:color="auto" w:fill="253750"/>
            <w:tcMar>
              <w:top w:w="15" w:type="dxa"/>
              <w:left w:w="65" w:type="dxa"/>
              <w:bottom w:w="9" w:type="dxa"/>
              <w:right w:w="25" w:type="dxa"/>
            </w:tcMar>
            <w:vAlign w:val="center"/>
          </w:tcPr>
          <w:p w14:paraId="71B2D130" w14:textId="77777777" w:rsidR="00923AFC" w:rsidRDefault="00000000">
            <w:proofErr w:type="spellStart"/>
            <w:r>
              <w:rPr>
                <w:rFonts w:cs="Noto Sans CJK TC"/>
                <w:b/>
                <w:color w:val="FFFFFF"/>
              </w:rPr>
              <w:t>器材名稱</w:t>
            </w:r>
            <w:proofErr w:type="spellEnd"/>
          </w:p>
        </w:tc>
        <w:tc>
          <w:tcPr>
            <w:tcW w:w="567" w:type="dxa"/>
            <w:shd w:val="clear" w:color="auto" w:fill="253750"/>
            <w:tcMar>
              <w:top w:w="15" w:type="dxa"/>
              <w:left w:w="65" w:type="dxa"/>
              <w:bottom w:w="9" w:type="dxa"/>
              <w:right w:w="25" w:type="dxa"/>
            </w:tcMar>
            <w:vAlign w:val="center"/>
          </w:tcPr>
          <w:p w14:paraId="741006E2" w14:textId="77777777" w:rsidR="00923AFC" w:rsidRDefault="00000000">
            <w:pPr>
              <w:jc w:val="center"/>
            </w:pPr>
            <w:r>
              <w:rPr>
                <w:rFonts w:cs="Noto Sans CJK TC"/>
                <w:b/>
                <w:color w:val="FFFFFF"/>
              </w:rPr>
              <w:t>數量</w:t>
            </w:r>
          </w:p>
        </w:tc>
        <w:tc>
          <w:tcPr>
            <w:tcW w:w="2891" w:type="dxa"/>
            <w:shd w:val="clear" w:color="auto" w:fill="253750"/>
            <w:tcMar>
              <w:top w:w="15" w:type="dxa"/>
              <w:left w:w="65" w:type="dxa"/>
              <w:bottom w:w="9" w:type="dxa"/>
              <w:right w:w="25" w:type="dxa"/>
            </w:tcMar>
            <w:vAlign w:val="center"/>
          </w:tcPr>
          <w:p w14:paraId="25E51466" w14:textId="77777777" w:rsidR="00923AFC" w:rsidRDefault="00000000">
            <w:r>
              <w:rPr>
                <w:rFonts w:cs="Noto Sans CJK TC"/>
                <w:b/>
                <w:color w:val="FFFFFF"/>
              </w:rPr>
              <w:t>器材名稱</w:t>
            </w:r>
          </w:p>
        </w:tc>
        <w:tc>
          <w:tcPr>
            <w:tcW w:w="567" w:type="dxa"/>
            <w:shd w:val="clear" w:color="auto" w:fill="253750"/>
            <w:tcMar>
              <w:top w:w="15" w:type="dxa"/>
              <w:left w:w="65" w:type="dxa"/>
              <w:bottom w:w="9" w:type="dxa"/>
              <w:right w:w="25" w:type="dxa"/>
            </w:tcMar>
            <w:vAlign w:val="center"/>
          </w:tcPr>
          <w:p w14:paraId="604C501D" w14:textId="77777777" w:rsidR="00923AFC" w:rsidRDefault="00000000">
            <w:pPr>
              <w:jc w:val="center"/>
            </w:pPr>
            <w:r>
              <w:rPr>
                <w:rFonts w:cs="Noto Sans CJK TC"/>
                <w:b/>
                <w:color w:val="FFFFFF"/>
              </w:rPr>
              <w:t>數量</w:t>
            </w:r>
          </w:p>
        </w:tc>
        <w:tc>
          <w:tcPr>
            <w:tcW w:w="2891" w:type="dxa"/>
            <w:shd w:val="clear" w:color="auto" w:fill="253750"/>
            <w:tcMar>
              <w:top w:w="15" w:type="dxa"/>
              <w:left w:w="65" w:type="dxa"/>
              <w:bottom w:w="9" w:type="dxa"/>
              <w:right w:w="25" w:type="dxa"/>
            </w:tcMar>
            <w:vAlign w:val="center"/>
          </w:tcPr>
          <w:p w14:paraId="6AAA582D" w14:textId="77777777" w:rsidR="00923AFC" w:rsidRDefault="00000000">
            <w:r>
              <w:rPr>
                <w:rFonts w:cs="Noto Sans CJK TC"/>
                <w:b/>
                <w:color w:val="FFFFFF"/>
              </w:rPr>
              <w:t>器材名稱</w:t>
            </w:r>
          </w:p>
        </w:tc>
        <w:tc>
          <w:tcPr>
            <w:tcW w:w="567" w:type="dxa"/>
            <w:shd w:val="clear" w:color="auto" w:fill="253750"/>
            <w:tcMar>
              <w:top w:w="15" w:type="dxa"/>
              <w:left w:w="65" w:type="dxa"/>
              <w:bottom w:w="9" w:type="dxa"/>
              <w:right w:w="25" w:type="dxa"/>
            </w:tcMar>
            <w:vAlign w:val="center"/>
          </w:tcPr>
          <w:p w14:paraId="2405A8EA" w14:textId="77777777" w:rsidR="00923AFC" w:rsidRDefault="00000000">
            <w:pPr>
              <w:jc w:val="center"/>
            </w:pPr>
            <w:r>
              <w:rPr>
                <w:rFonts w:cs="Noto Sans CJK TC"/>
                <w:b/>
                <w:color w:val="FFFFFF"/>
              </w:rPr>
              <w:t>數量</w:t>
            </w:r>
          </w:p>
        </w:tc>
      </w:tr>
      <w:tr w:rsidR="00923AFC" w14:paraId="3ADDEF74" w14:textId="77777777" w:rsidTr="005C284E">
        <w:trPr>
          <w:cantSplit/>
          <w:trHeight w:val="312"/>
        </w:trPr>
        <w:tc>
          <w:tcPr>
            <w:tcW w:w="10374" w:type="dxa"/>
            <w:gridSpan w:val="6"/>
            <w:shd w:val="clear" w:color="auto" w:fill="EAF0F5"/>
            <w:tcMar>
              <w:top w:w="20" w:type="dxa"/>
              <w:left w:w="100" w:type="dxa"/>
              <w:bottom w:w="8" w:type="dxa"/>
              <w:right w:w="20" w:type="dxa"/>
            </w:tcMar>
            <w:vAlign w:val="center"/>
          </w:tcPr>
          <w:p w14:paraId="643AB27A" w14:textId="1D902797" w:rsidR="00923AFC" w:rsidRDefault="00000000" w:rsidP="005C284E">
            <w:pPr>
              <w:jc w:val="center"/>
            </w:pPr>
            <w:proofErr w:type="spellStart"/>
            <w:r>
              <w:rPr>
                <w:rFonts w:cs="Noto Sans CJK TC"/>
                <w:b/>
                <w:color w:val="496176"/>
                <w:sz w:val="17"/>
              </w:rPr>
              <w:t>攝影機</w:t>
            </w:r>
            <w:proofErr w:type="spellEnd"/>
          </w:p>
        </w:tc>
      </w:tr>
      <w:tr w:rsidR="00923AFC" w14:paraId="5F79BA8D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6F37F5A7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BMD URSA 4.6k G2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0D7F091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0734CFE8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BMPCC 6K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018B9F8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1FA32BE6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Sony FX3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1D7D0FF" w14:textId="77777777" w:rsidR="00923AFC" w:rsidRDefault="00923AFC"/>
        </w:tc>
      </w:tr>
      <w:tr w:rsidR="00923AFC" w14:paraId="07BF0EA8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5BF68CFC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Sony a7m4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C8B909E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137B48C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Sony z150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1162CB6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0ABE1165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DJI Osmo Pocket 3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38AE09E9" w14:textId="77777777" w:rsidR="00923AFC" w:rsidRDefault="00923AFC"/>
        </w:tc>
      </w:tr>
      <w:tr w:rsidR="00923AFC" w14:paraId="45C2D446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47A202CC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DJI Osmo Action 4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D5215B1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116E903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6F5FD65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606D559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0F338004" w14:textId="77777777" w:rsidR="00923AFC" w:rsidRDefault="00923AFC"/>
        </w:tc>
      </w:tr>
      <w:tr w:rsidR="00923AFC" w14:paraId="2F99B307" w14:textId="77777777" w:rsidTr="005C284E">
        <w:trPr>
          <w:cantSplit/>
          <w:trHeight w:val="312"/>
        </w:trPr>
        <w:tc>
          <w:tcPr>
            <w:tcW w:w="10374" w:type="dxa"/>
            <w:gridSpan w:val="6"/>
            <w:shd w:val="clear" w:color="auto" w:fill="EAF0F5"/>
            <w:tcMar>
              <w:top w:w="20" w:type="dxa"/>
              <w:left w:w="100" w:type="dxa"/>
              <w:bottom w:w="8" w:type="dxa"/>
              <w:right w:w="20" w:type="dxa"/>
            </w:tcMar>
            <w:vAlign w:val="center"/>
          </w:tcPr>
          <w:p w14:paraId="5E564B75" w14:textId="44424733" w:rsidR="00923AFC" w:rsidRDefault="00000000" w:rsidP="005C284E">
            <w:pPr>
              <w:jc w:val="center"/>
            </w:pPr>
            <w:proofErr w:type="spellStart"/>
            <w:r>
              <w:rPr>
                <w:rFonts w:cs="Noto Sans CJK TC"/>
                <w:b/>
                <w:color w:val="496176"/>
                <w:sz w:val="17"/>
              </w:rPr>
              <w:t>電影鏡頭</w:t>
            </w:r>
            <w:proofErr w:type="spellEnd"/>
          </w:p>
        </w:tc>
      </w:tr>
      <w:tr w:rsidR="00923AFC" w14:paraId="0F11453E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675E01F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Samyang 16mm T2.6 (小)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323D12A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701C122B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Samyang 24mm T1.5 (小)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FF1FA9F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0128A179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Samyang 35mm T1.5 (小)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0EC74E3D" w14:textId="77777777" w:rsidR="00923AFC" w:rsidRDefault="00923AFC"/>
        </w:tc>
      </w:tr>
      <w:tr w:rsidR="00923AFC" w14:paraId="175C3326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249A1AA7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Samyang 50mm T1.5 (小)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6FD4090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7CA2A5DE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Samyang 85mm T1.5 (小)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06C23E2C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64D7CFA9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Samyang 14mm T3.1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64670A5" w14:textId="77777777" w:rsidR="00923AFC" w:rsidRDefault="00923AFC"/>
        </w:tc>
      </w:tr>
      <w:tr w:rsidR="00923AFC" w14:paraId="11D47FE3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4722FE0A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Samyang 24mm T1.5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478992E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4199417E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Samyang 35mm T1.5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F725910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50CF8FEE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Samyang 50mm T1.5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5D1847D" w14:textId="77777777" w:rsidR="00923AFC" w:rsidRDefault="00923AFC"/>
        </w:tc>
      </w:tr>
      <w:tr w:rsidR="00923AFC" w14:paraId="2012C045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203ADE17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Samyang 85mm T1.5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0D66DBCB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E0AC081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DZOFILM PICTOR ZOOM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3D87F2D3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37B59F4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E369C30" w14:textId="77777777" w:rsidR="00923AFC" w:rsidRDefault="00923AFC"/>
        </w:tc>
      </w:tr>
      <w:tr w:rsidR="00923AFC" w14:paraId="27D08180" w14:textId="77777777" w:rsidTr="005C284E">
        <w:trPr>
          <w:cantSplit/>
          <w:trHeight w:val="312"/>
        </w:trPr>
        <w:tc>
          <w:tcPr>
            <w:tcW w:w="10374" w:type="dxa"/>
            <w:gridSpan w:val="6"/>
            <w:shd w:val="clear" w:color="auto" w:fill="EAF0F5"/>
            <w:tcMar>
              <w:top w:w="20" w:type="dxa"/>
              <w:left w:w="100" w:type="dxa"/>
              <w:bottom w:w="8" w:type="dxa"/>
              <w:right w:w="20" w:type="dxa"/>
            </w:tcMar>
            <w:vAlign w:val="center"/>
          </w:tcPr>
          <w:p w14:paraId="0A66E0F3" w14:textId="3E4B82C7" w:rsidR="00923AFC" w:rsidRDefault="00000000" w:rsidP="005C284E">
            <w:pPr>
              <w:jc w:val="center"/>
            </w:pPr>
            <w:r>
              <w:rPr>
                <w:rFonts w:cs="Noto Sans CJK TC"/>
                <w:b/>
                <w:color w:val="496176"/>
                <w:sz w:val="17"/>
              </w:rPr>
              <w:t xml:space="preserve">E mount </w:t>
            </w:r>
            <w:proofErr w:type="spellStart"/>
            <w:r>
              <w:rPr>
                <w:rFonts w:cs="Noto Sans CJK TC"/>
                <w:b/>
                <w:color w:val="496176"/>
                <w:sz w:val="17"/>
              </w:rPr>
              <w:t>鏡頭</w:t>
            </w:r>
            <w:proofErr w:type="spellEnd"/>
          </w:p>
        </w:tc>
      </w:tr>
      <w:tr w:rsidR="00923AFC" w14:paraId="6768E1DA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0504E053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Sony 16-35mm GM2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71E74F2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56792282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Sony 24-70mm GM2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002DB0B8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73E12E00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Sony 70-200mm GM2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0AEA7D2" w14:textId="77777777" w:rsidR="00923AFC" w:rsidRDefault="00923AFC"/>
        </w:tc>
      </w:tr>
      <w:tr w:rsidR="00923AFC" w14:paraId="5AE0401A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DAD5BBC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Tamron 28-75mm G2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3EA51895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EACEB70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AD10354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F79669D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F62583F" w14:textId="77777777" w:rsidR="00923AFC" w:rsidRDefault="00923AFC"/>
        </w:tc>
      </w:tr>
      <w:tr w:rsidR="00923AFC" w14:paraId="1851C8BE" w14:textId="77777777" w:rsidTr="005C284E">
        <w:trPr>
          <w:cantSplit/>
          <w:trHeight w:val="312"/>
        </w:trPr>
        <w:tc>
          <w:tcPr>
            <w:tcW w:w="10374" w:type="dxa"/>
            <w:gridSpan w:val="6"/>
            <w:shd w:val="clear" w:color="auto" w:fill="EAF0F5"/>
            <w:tcMar>
              <w:top w:w="20" w:type="dxa"/>
              <w:left w:w="100" w:type="dxa"/>
              <w:bottom w:w="8" w:type="dxa"/>
              <w:right w:w="20" w:type="dxa"/>
            </w:tcMar>
            <w:vAlign w:val="center"/>
          </w:tcPr>
          <w:p w14:paraId="68080FC4" w14:textId="71E4EB99" w:rsidR="00923AFC" w:rsidRDefault="00000000" w:rsidP="005C284E">
            <w:pPr>
              <w:jc w:val="center"/>
            </w:pPr>
            <w:proofErr w:type="spellStart"/>
            <w:r>
              <w:rPr>
                <w:rFonts w:cs="Noto Sans CJK TC"/>
                <w:b/>
                <w:color w:val="496176"/>
                <w:sz w:val="17"/>
              </w:rPr>
              <w:t>攝影腳架</w:t>
            </w:r>
            <w:proofErr w:type="spellEnd"/>
          </w:p>
        </w:tc>
      </w:tr>
      <w:tr w:rsidR="00923AFC" w14:paraId="21AE64DC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148EE224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2560 150mm 頭＋腳整組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8862CA2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5E6B2D79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TERIS TX-V12L 100mm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0BC6701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66C8685A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Sachtler Ace 75mm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3158407A" w14:textId="77777777" w:rsidR="00923AFC" w:rsidRDefault="00923AFC"/>
        </w:tc>
      </w:tr>
      <w:tr w:rsidR="00923AFC" w14:paraId="213D3314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A600BE9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香爐腳 100mm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1B5C822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05CB75B4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96F3A74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B225997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FD3F3D0" w14:textId="77777777" w:rsidR="00923AFC" w:rsidRDefault="00923AFC"/>
        </w:tc>
      </w:tr>
      <w:tr w:rsidR="00923AFC" w14:paraId="1B3EC5B4" w14:textId="77777777" w:rsidTr="005C284E">
        <w:trPr>
          <w:cantSplit/>
          <w:trHeight w:val="312"/>
        </w:trPr>
        <w:tc>
          <w:tcPr>
            <w:tcW w:w="10374" w:type="dxa"/>
            <w:gridSpan w:val="6"/>
            <w:shd w:val="clear" w:color="auto" w:fill="EAF0F5"/>
            <w:tcMar>
              <w:top w:w="20" w:type="dxa"/>
              <w:left w:w="100" w:type="dxa"/>
              <w:bottom w:w="8" w:type="dxa"/>
              <w:right w:w="20" w:type="dxa"/>
            </w:tcMar>
            <w:vAlign w:val="center"/>
          </w:tcPr>
          <w:p w14:paraId="43DD48CD" w14:textId="0FE689AA" w:rsidR="00923AFC" w:rsidRDefault="00000000" w:rsidP="005C284E">
            <w:pPr>
              <w:jc w:val="center"/>
            </w:pPr>
            <w:proofErr w:type="spellStart"/>
            <w:r>
              <w:rPr>
                <w:rFonts w:cs="Noto Sans CJK TC"/>
                <w:b/>
                <w:color w:val="496176"/>
                <w:sz w:val="17"/>
              </w:rPr>
              <w:t>監看螢幕</w:t>
            </w:r>
            <w:proofErr w:type="spellEnd"/>
          </w:p>
        </w:tc>
      </w:tr>
      <w:tr w:rsidR="00923AFC" w14:paraId="7AE89205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52334D13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Atomos shinobi 7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520C512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2534FDFC" w14:textId="06117EA9" w:rsidR="00923AFC" w:rsidRPr="009C07B5" w:rsidRDefault="009C07B5">
            <w:pPr>
              <w:rPr>
                <w:rFonts w:eastAsia="新細明體" w:hint="eastAsia"/>
                <w:lang w:eastAsia="zh-TW"/>
              </w:rPr>
            </w:pPr>
            <w:r>
              <w:rPr>
                <w:rFonts w:cs="Noto Sans CJK TC"/>
                <w:color w:val="253750"/>
                <w:sz w:val="15"/>
              </w:rPr>
              <w:t>Lilliput A7s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D007A18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1658EAD9" w14:textId="33129866" w:rsidR="00923AFC" w:rsidRDefault="009C07B5">
            <w:r>
              <w:rPr>
                <w:rFonts w:cs="Noto Sans CJK TC"/>
                <w:color w:val="253750"/>
                <w:sz w:val="15"/>
              </w:rPr>
              <w:t>Lilliput 15.6’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C3651AF" w14:textId="77777777" w:rsidR="00923AFC" w:rsidRDefault="00923AFC"/>
        </w:tc>
      </w:tr>
      <w:tr w:rsidR="00923AFC" w14:paraId="128024AD" w14:textId="77777777" w:rsidTr="005C284E">
        <w:trPr>
          <w:cantSplit/>
          <w:trHeight w:val="312"/>
        </w:trPr>
        <w:tc>
          <w:tcPr>
            <w:tcW w:w="10374" w:type="dxa"/>
            <w:gridSpan w:val="6"/>
            <w:shd w:val="clear" w:color="auto" w:fill="EAF0F5"/>
            <w:tcMar>
              <w:top w:w="20" w:type="dxa"/>
              <w:left w:w="100" w:type="dxa"/>
              <w:bottom w:w="8" w:type="dxa"/>
              <w:right w:w="20" w:type="dxa"/>
            </w:tcMar>
            <w:vAlign w:val="center"/>
          </w:tcPr>
          <w:p w14:paraId="4FF20394" w14:textId="762F4E94" w:rsidR="00923AFC" w:rsidRDefault="00000000" w:rsidP="005C284E">
            <w:pPr>
              <w:jc w:val="center"/>
            </w:pPr>
            <w:r>
              <w:rPr>
                <w:rFonts w:cs="Noto Sans CJK TC"/>
                <w:b/>
                <w:color w:val="496176"/>
                <w:sz w:val="17"/>
              </w:rPr>
              <w:t xml:space="preserve">4x5.65 </w:t>
            </w:r>
            <w:proofErr w:type="spellStart"/>
            <w:r>
              <w:rPr>
                <w:rFonts w:cs="Noto Sans CJK TC"/>
                <w:b/>
                <w:color w:val="496176"/>
                <w:sz w:val="17"/>
              </w:rPr>
              <w:t>濾鏡</w:t>
            </w:r>
            <w:proofErr w:type="spellEnd"/>
          </w:p>
        </w:tc>
      </w:tr>
      <w:tr w:rsidR="00923AFC" w14:paraId="485A3BE4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590BC781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Tiffen ND0.3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33F184B8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537D4D0D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Tiffen ND0.6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0901CD22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252749ED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Tiffen ND0.9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F4BC1E4" w14:textId="77777777" w:rsidR="00923AFC" w:rsidRDefault="00923AFC"/>
        </w:tc>
      </w:tr>
      <w:tr w:rsidR="00923AFC" w14:paraId="6CBBE0AC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48B8819B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Tiffen ND1.2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950E0BC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5ECA8CCC" w14:textId="097D53E9" w:rsidR="00923AFC" w:rsidRPr="009C07B5" w:rsidRDefault="009C07B5">
            <w:pPr>
              <w:rPr>
                <w:rFonts w:eastAsia="新細明體" w:hint="eastAsia"/>
                <w:lang w:eastAsia="zh-TW"/>
              </w:rPr>
            </w:pPr>
            <w:r w:rsidRPr="009C07B5">
              <w:rPr>
                <w:rFonts w:eastAsia="新細明體"/>
                <w:lang w:eastAsia="zh-TW"/>
              </w:rPr>
              <w:t>82mm</w:t>
            </w:r>
            <w:r w:rsidRPr="009C07B5">
              <w:rPr>
                <w:rFonts w:eastAsia="新細明體" w:hint="eastAsia"/>
                <w:lang w:eastAsia="zh-TW"/>
              </w:rPr>
              <w:t>可調式</w:t>
            </w:r>
            <w:r w:rsidRPr="009C07B5">
              <w:rPr>
                <w:rFonts w:eastAsia="新細明體"/>
                <w:lang w:eastAsia="zh-TW"/>
              </w:rPr>
              <w:t>ND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B885BA8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593104EF" w14:textId="1E857579" w:rsidR="00923AFC" w:rsidRPr="009C07B5" w:rsidRDefault="009C07B5">
            <w:pPr>
              <w:rPr>
                <w:rFonts w:eastAsia="新細明體" w:hint="eastAsia"/>
                <w:lang w:eastAsia="zh-TW"/>
              </w:rPr>
            </w:pPr>
            <w:r w:rsidRPr="009C07B5">
              <w:rPr>
                <w:rFonts w:eastAsia="新細明體"/>
                <w:lang w:eastAsia="zh-TW"/>
              </w:rPr>
              <w:t>77mm</w:t>
            </w:r>
            <w:r w:rsidRPr="009C07B5">
              <w:rPr>
                <w:rFonts w:eastAsia="新細明體" w:hint="eastAsia"/>
                <w:lang w:eastAsia="zh-TW"/>
              </w:rPr>
              <w:t>可調式</w:t>
            </w:r>
            <w:r w:rsidRPr="009C07B5">
              <w:rPr>
                <w:rFonts w:eastAsia="新細明體"/>
                <w:lang w:eastAsia="zh-TW"/>
              </w:rPr>
              <w:t>ND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8973AE9" w14:textId="77777777" w:rsidR="00923AFC" w:rsidRDefault="00923AFC"/>
        </w:tc>
      </w:tr>
      <w:tr w:rsidR="00923AFC" w14:paraId="4E4A444D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7EA71320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Skier PL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A95C183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0E2DA76B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087C6BC5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83F2B60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A6FCE4E" w14:textId="77777777" w:rsidR="00923AFC" w:rsidRDefault="00923AFC"/>
        </w:tc>
      </w:tr>
      <w:tr w:rsidR="00923AFC" w14:paraId="1B7C69E2" w14:textId="77777777" w:rsidTr="005C284E">
        <w:trPr>
          <w:cantSplit/>
          <w:trHeight w:val="312"/>
        </w:trPr>
        <w:tc>
          <w:tcPr>
            <w:tcW w:w="10374" w:type="dxa"/>
            <w:gridSpan w:val="6"/>
            <w:shd w:val="clear" w:color="auto" w:fill="EAF0F5"/>
            <w:tcMar>
              <w:top w:w="20" w:type="dxa"/>
              <w:left w:w="100" w:type="dxa"/>
              <w:bottom w:w="8" w:type="dxa"/>
              <w:right w:w="20" w:type="dxa"/>
            </w:tcMar>
            <w:vAlign w:val="center"/>
          </w:tcPr>
          <w:p w14:paraId="122B2022" w14:textId="1A3C0904" w:rsidR="00923AFC" w:rsidRDefault="00000000" w:rsidP="005C284E">
            <w:pPr>
              <w:jc w:val="center"/>
            </w:pPr>
            <w:proofErr w:type="spellStart"/>
            <w:r>
              <w:rPr>
                <w:rFonts w:cs="Noto Sans CJK TC"/>
                <w:b/>
                <w:color w:val="496176"/>
                <w:sz w:val="17"/>
              </w:rPr>
              <w:t>攝影線材</w:t>
            </w:r>
            <w:proofErr w:type="spellEnd"/>
          </w:p>
        </w:tc>
      </w:tr>
      <w:tr w:rsidR="00923AFC" w14:paraId="3ED3E1DF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0EF6B90E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HDMI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A25F92C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0DD4D179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SDI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3874C32F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7270ACB3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Dtap 對 DC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79E4BEE" w14:textId="77777777" w:rsidR="00923AFC" w:rsidRDefault="00923AFC"/>
        </w:tc>
      </w:tr>
      <w:tr w:rsidR="00923AFC" w14:paraId="77154E16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618CFDE1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DC 對 DC 8V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8F480B8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56FB06D5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DC 對 DC 12V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741FA1C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924F11E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MULTI Cable (BNC) 50m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942E9EF" w14:textId="77777777" w:rsidR="00923AFC" w:rsidRDefault="00923AFC"/>
        </w:tc>
      </w:tr>
      <w:tr w:rsidR="00923AFC" w14:paraId="61623FDF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0761A126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MULTI Cable (BNC) 100m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76FEBB9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BB2E589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091C7DA2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50C608F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6E103F8" w14:textId="77777777" w:rsidR="00923AFC" w:rsidRDefault="00923AFC"/>
        </w:tc>
      </w:tr>
      <w:tr w:rsidR="00923AFC" w14:paraId="5AA9119F" w14:textId="77777777" w:rsidTr="005C284E">
        <w:trPr>
          <w:cantSplit/>
          <w:trHeight w:val="312"/>
        </w:trPr>
        <w:tc>
          <w:tcPr>
            <w:tcW w:w="10374" w:type="dxa"/>
            <w:gridSpan w:val="6"/>
            <w:shd w:val="clear" w:color="auto" w:fill="EAF0F5"/>
            <w:tcMar>
              <w:top w:w="20" w:type="dxa"/>
              <w:left w:w="100" w:type="dxa"/>
              <w:bottom w:w="8" w:type="dxa"/>
              <w:right w:w="20" w:type="dxa"/>
            </w:tcMar>
            <w:vAlign w:val="center"/>
          </w:tcPr>
          <w:p w14:paraId="113934BE" w14:textId="0C329228" w:rsidR="00923AFC" w:rsidRDefault="00000000" w:rsidP="005C284E">
            <w:pPr>
              <w:jc w:val="center"/>
            </w:pPr>
            <w:proofErr w:type="spellStart"/>
            <w:r>
              <w:rPr>
                <w:rFonts w:cs="Noto Sans CJK TC"/>
                <w:b/>
                <w:color w:val="496176"/>
                <w:sz w:val="17"/>
              </w:rPr>
              <w:t>攝影配件</w:t>
            </w:r>
            <w:proofErr w:type="spellEnd"/>
          </w:p>
        </w:tc>
      </w:tr>
      <w:tr w:rsidR="00923AFC" w14:paraId="785DFD88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2315EE3C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Tilta 15mm 導管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B6135BD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7B574123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Tilta 15mm 燕尾版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D6AE5BB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68FC2740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Tilta 15mm 肩架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C7AA6CE" w14:textId="77777777" w:rsidR="00923AFC" w:rsidRDefault="00923AFC"/>
        </w:tc>
      </w:tr>
      <w:tr w:rsidR="00923AFC" w14:paraId="03BDB3FC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48D43C4C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Tilta 15mm 鏡頭支架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11A0D0C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2F734C3E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Tilta 19mm 燕尾板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540B9EA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4F294C94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Tilta 19mm 肩架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E6BAC4B" w14:textId="77777777" w:rsidR="00923AFC" w:rsidRDefault="00923AFC"/>
        </w:tc>
      </w:tr>
      <w:tr w:rsidR="00923AFC" w14:paraId="50015B08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1FAE6C0B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Tilta MB-T04 光斗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01739CE5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4B56A7D3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SmallRig 光斗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671310E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4F73BE80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SmallRig 怪手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6601B3B" w14:textId="77777777" w:rsidR="00923AFC" w:rsidRDefault="00923AFC"/>
        </w:tc>
      </w:tr>
      <w:tr w:rsidR="00923AFC" w14:paraId="0036965F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5F0E2F60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NOGA 怪手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3E3C5E2D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2CF5B832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Tilta 無線跟焦器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9A81374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6FFF394E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Tilta 雙邊手跟焦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D466251" w14:textId="77777777" w:rsidR="00923AFC" w:rsidRDefault="00923AFC"/>
        </w:tc>
      </w:tr>
      <w:tr w:rsidR="00923AFC" w14:paraId="30FDFDC1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49335EED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DJI Focus Pro 跟焦器(1手輪3馬達)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2CD8E94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32E39BE2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0DFF7F4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0B383717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06A632F8" w14:textId="77777777" w:rsidR="00923AFC" w:rsidRDefault="00923AFC"/>
        </w:tc>
      </w:tr>
      <w:tr w:rsidR="00923AFC" w14:paraId="6AC518D4" w14:textId="77777777" w:rsidTr="005C284E">
        <w:trPr>
          <w:cantSplit/>
          <w:trHeight w:val="312"/>
        </w:trPr>
        <w:tc>
          <w:tcPr>
            <w:tcW w:w="10374" w:type="dxa"/>
            <w:gridSpan w:val="6"/>
            <w:shd w:val="clear" w:color="auto" w:fill="EAF0F5"/>
            <w:tcMar>
              <w:top w:w="20" w:type="dxa"/>
              <w:left w:w="100" w:type="dxa"/>
              <w:bottom w:w="8" w:type="dxa"/>
              <w:right w:w="20" w:type="dxa"/>
            </w:tcMar>
            <w:vAlign w:val="center"/>
          </w:tcPr>
          <w:p w14:paraId="1AFCAEA8" w14:textId="0B1DC8C0" w:rsidR="00923AFC" w:rsidRDefault="00000000" w:rsidP="005C284E">
            <w:pPr>
              <w:jc w:val="center"/>
            </w:pPr>
            <w:proofErr w:type="spellStart"/>
            <w:r>
              <w:rPr>
                <w:rFonts w:cs="Noto Sans CJK TC"/>
                <w:b/>
                <w:color w:val="496176"/>
                <w:sz w:val="17"/>
              </w:rPr>
              <w:t>無線圖傳</w:t>
            </w:r>
            <w:proofErr w:type="spellEnd"/>
          </w:p>
        </w:tc>
      </w:tr>
      <w:tr w:rsidR="00923AFC" w14:paraId="4E9FC17C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265666E4" w14:textId="77777777" w:rsidR="00923AFC" w:rsidRDefault="00000000">
            <w:r>
              <w:rPr>
                <w:rFonts w:cs="Noto Sans CJK TC"/>
                <w:color w:val="253750"/>
                <w:sz w:val="15"/>
              </w:rPr>
              <w:t>Moma 300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BB605A1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7102D24B" w14:textId="78ECA5B1" w:rsidR="00923AFC" w:rsidRDefault="005C284E">
            <w:proofErr w:type="spellStart"/>
            <w:r w:rsidRPr="005C284E">
              <w:rPr>
                <w:rFonts w:cs="Noto Sans CJK TC"/>
                <w:color w:val="253750"/>
                <w:sz w:val="15"/>
              </w:rPr>
              <w:t>Vaixs</w:t>
            </w:r>
            <w:proofErr w:type="spellEnd"/>
            <w:r w:rsidRPr="005C284E">
              <w:rPr>
                <w:rFonts w:cs="Noto Sans CJK TC"/>
                <w:color w:val="253750"/>
                <w:sz w:val="15"/>
              </w:rPr>
              <w:t xml:space="preserve"> 3000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44A7B2A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0863ADBD" w14:textId="1BDA5FB5" w:rsidR="00923AFC" w:rsidRPr="009C07B5" w:rsidRDefault="009C07B5">
            <w:pPr>
              <w:rPr>
                <w:rFonts w:eastAsia="新細明體" w:hint="eastAsia"/>
                <w:lang w:eastAsia="zh-TW"/>
              </w:rPr>
            </w:pPr>
            <w:r>
              <w:rPr>
                <w:rFonts w:cs="Noto Sans CJK TC"/>
                <w:color w:val="253750"/>
                <w:sz w:val="15"/>
              </w:rPr>
              <w:t>DJI Transmission 1發1收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30CD6F7" w14:textId="77777777" w:rsidR="00923AFC" w:rsidRDefault="00923AFC"/>
        </w:tc>
      </w:tr>
      <w:tr w:rsidR="00923AFC" w14:paraId="111A89A1" w14:textId="77777777" w:rsidTr="005C284E">
        <w:trPr>
          <w:cantSplit/>
          <w:trHeight w:val="312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61CE8058" w14:textId="0E46F1F0" w:rsidR="00923AFC" w:rsidRPr="009C07B5" w:rsidRDefault="009C07B5">
            <w:pPr>
              <w:rPr>
                <w:rFonts w:eastAsia="新細明體" w:hint="eastAsia"/>
                <w:lang w:eastAsia="zh-TW"/>
              </w:rPr>
            </w:pPr>
            <w:r>
              <w:rPr>
                <w:rFonts w:cs="Noto Sans CJK TC"/>
                <w:color w:val="253750"/>
                <w:sz w:val="15"/>
              </w:rPr>
              <w:t xml:space="preserve">DJI Transmission </w:t>
            </w:r>
            <w:proofErr w:type="spellStart"/>
            <w:r>
              <w:rPr>
                <w:rFonts w:cs="Noto Sans CJK TC"/>
                <w:color w:val="253750"/>
                <w:sz w:val="15"/>
              </w:rPr>
              <w:t>接收螢幕</w:t>
            </w:r>
            <w:proofErr w:type="spellEnd"/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A1EA90D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154845F2" w14:textId="6696FB9B" w:rsidR="00923AFC" w:rsidRPr="009C07B5" w:rsidRDefault="00923AFC">
            <w:pPr>
              <w:rPr>
                <w:rFonts w:eastAsia="新細明體" w:hint="eastAsia"/>
                <w:lang w:eastAsia="zh-TW"/>
              </w:rPr>
            </w:pP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0B00FD0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4D5B4932" w14:textId="1DC9D609" w:rsidR="00923AFC" w:rsidRPr="009C07B5" w:rsidRDefault="00923AFC">
            <w:pPr>
              <w:rPr>
                <w:rFonts w:eastAsia="新細明體" w:hint="eastAsia"/>
                <w:lang w:eastAsia="zh-TW"/>
              </w:rPr>
            </w:pP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213EA91" w14:textId="77777777" w:rsidR="00923AFC" w:rsidRDefault="00923AFC"/>
        </w:tc>
      </w:tr>
    </w:tbl>
    <w:p w14:paraId="421EADDF" w14:textId="77777777" w:rsidR="00923AFC" w:rsidRDefault="00000000">
      <w:r>
        <w:br w:type="page"/>
      </w:r>
    </w:p>
    <w:p w14:paraId="2E010952" w14:textId="1156F36B" w:rsidR="00923AFC" w:rsidRDefault="00000000">
      <w:pPr>
        <w:spacing w:after="100"/>
        <w:jc w:val="center"/>
        <w:rPr>
          <w:lang w:eastAsia="zh-TW"/>
        </w:rPr>
      </w:pPr>
      <w:r>
        <w:rPr>
          <w:rFonts w:cs="Noto Sans CJK TC"/>
          <w:b/>
          <w:color w:val="253750"/>
          <w:sz w:val="26"/>
          <w:lang w:eastAsia="zh-TW"/>
        </w:rPr>
        <w:lastRenderedPageBreak/>
        <w:t>崇右影藝科技大學影視傳播系器材借用單</w:t>
      </w:r>
      <w:r w:rsidR="005C284E">
        <w:rPr>
          <w:rFonts w:ascii="新細明體" w:eastAsia="新細明體" w:hAnsi="新細明體" w:cs="Noto Sans CJK TC" w:hint="eastAsia"/>
          <w:b/>
          <w:color w:val="253750"/>
          <w:sz w:val="26"/>
          <w:lang w:eastAsia="zh-TW"/>
        </w:rPr>
        <w:t>(燈光、收音)</w:t>
      </w:r>
    </w:p>
    <w:p w14:paraId="225CC071" w14:textId="77777777" w:rsidR="00923AFC" w:rsidRDefault="00000000">
      <w:pPr>
        <w:spacing w:before="80" w:after="60"/>
        <w:rPr>
          <w:lang w:eastAsia="zh-TW"/>
        </w:rPr>
      </w:pPr>
      <w:r>
        <w:rPr>
          <w:rFonts w:cs="Noto Sans CJK TC"/>
          <w:color w:val="496176"/>
          <w:lang w:eastAsia="zh-TW"/>
        </w:rPr>
        <w:t>器材清單（請於每項器材右側填寫借用數量）</w:t>
      </w:r>
    </w:p>
    <w:tbl>
      <w:tblPr>
        <w:tblW w:w="10374" w:type="dxa"/>
        <w:tblBorders>
          <w:top w:val="single" w:sz="5" w:space="0" w:color="ABB9C6"/>
          <w:left w:val="single" w:sz="5" w:space="0" w:color="ABB9C6"/>
          <w:bottom w:val="single" w:sz="5" w:space="0" w:color="ABB9C6"/>
          <w:right w:val="single" w:sz="5" w:space="0" w:color="ABB9C6"/>
          <w:insideH w:val="single" w:sz="5" w:space="0" w:color="ABB9C6"/>
          <w:insideV w:val="single" w:sz="5" w:space="0" w:color="ABB9C6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567"/>
        <w:gridCol w:w="2891"/>
        <w:gridCol w:w="567"/>
        <w:gridCol w:w="2891"/>
        <w:gridCol w:w="567"/>
      </w:tblGrid>
      <w:tr w:rsidR="00923AFC" w14:paraId="5655E281" w14:textId="77777777" w:rsidTr="00770123">
        <w:trPr>
          <w:cantSplit/>
          <w:trHeight w:val="289"/>
        </w:trPr>
        <w:tc>
          <w:tcPr>
            <w:tcW w:w="2891" w:type="dxa"/>
            <w:shd w:val="clear" w:color="auto" w:fill="253750"/>
            <w:tcMar>
              <w:top w:w="15" w:type="dxa"/>
              <w:left w:w="65" w:type="dxa"/>
              <w:bottom w:w="9" w:type="dxa"/>
              <w:right w:w="25" w:type="dxa"/>
            </w:tcMar>
            <w:vAlign w:val="center"/>
          </w:tcPr>
          <w:p w14:paraId="5B4F7D59" w14:textId="77777777" w:rsidR="00923AFC" w:rsidRDefault="00000000">
            <w:proofErr w:type="spellStart"/>
            <w:r>
              <w:rPr>
                <w:rFonts w:cs="Noto Sans CJK TC"/>
                <w:b/>
                <w:color w:val="FFFFFF"/>
              </w:rPr>
              <w:t>器材名稱</w:t>
            </w:r>
            <w:proofErr w:type="spellEnd"/>
          </w:p>
        </w:tc>
        <w:tc>
          <w:tcPr>
            <w:tcW w:w="567" w:type="dxa"/>
            <w:shd w:val="clear" w:color="auto" w:fill="253750"/>
            <w:tcMar>
              <w:top w:w="15" w:type="dxa"/>
              <w:left w:w="65" w:type="dxa"/>
              <w:bottom w:w="9" w:type="dxa"/>
              <w:right w:w="25" w:type="dxa"/>
            </w:tcMar>
            <w:vAlign w:val="center"/>
          </w:tcPr>
          <w:p w14:paraId="1388B86B" w14:textId="77777777" w:rsidR="00923AFC" w:rsidRDefault="00000000">
            <w:pPr>
              <w:jc w:val="center"/>
            </w:pPr>
            <w:r>
              <w:rPr>
                <w:rFonts w:cs="Noto Sans CJK TC"/>
                <w:b/>
                <w:color w:val="FFFFFF"/>
              </w:rPr>
              <w:t>數量</w:t>
            </w:r>
          </w:p>
        </w:tc>
        <w:tc>
          <w:tcPr>
            <w:tcW w:w="2891" w:type="dxa"/>
            <w:shd w:val="clear" w:color="auto" w:fill="253750"/>
            <w:tcMar>
              <w:top w:w="15" w:type="dxa"/>
              <w:left w:w="65" w:type="dxa"/>
              <w:bottom w:w="9" w:type="dxa"/>
              <w:right w:w="25" w:type="dxa"/>
            </w:tcMar>
            <w:vAlign w:val="center"/>
          </w:tcPr>
          <w:p w14:paraId="7F17A8B9" w14:textId="77777777" w:rsidR="00923AFC" w:rsidRDefault="00000000">
            <w:r>
              <w:rPr>
                <w:rFonts w:cs="Noto Sans CJK TC"/>
                <w:b/>
                <w:color w:val="FFFFFF"/>
              </w:rPr>
              <w:t>器材名稱</w:t>
            </w:r>
          </w:p>
        </w:tc>
        <w:tc>
          <w:tcPr>
            <w:tcW w:w="567" w:type="dxa"/>
            <w:shd w:val="clear" w:color="auto" w:fill="253750"/>
            <w:tcMar>
              <w:top w:w="15" w:type="dxa"/>
              <w:left w:w="65" w:type="dxa"/>
              <w:bottom w:w="9" w:type="dxa"/>
              <w:right w:w="25" w:type="dxa"/>
            </w:tcMar>
            <w:vAlign w:val="center"/>
          </w:tcPr>
          <w:p w14:paraId="49B0C8D4" w14:textId="77777777" w:rsidR="00923AFC" w:rsidRDefault="00000000">
            <w:pPr>
              <w:jc w:val="center"/>
            </w:pPr>
            <w:r>
              <w:rPr>
                <w:rFonts w:cs="Noto Sans CJK TC"/>
                <w:b/>
                <w:color w:val="FFFFFF"/>
              </w:rPr>
              <w:t>數量</w:t>
            </w:r>
          </w:p>
        </w:tc>
        <w:tc>
          <w:tcPr>
            <w:tcW w:w="2891" w:type="dxa"/>
            <w:shd w:val="clear" w:color="auto" w:fill="253750"/>
            <w:tcMar>
              <w:top w:w="15" w:type="dxa"/>
              <w:left w:w="65" w:type="dxa"/>
              <w:bottom w:w="9" w:type="dxa"/>
              <w:right w:w="25" w:type="dxa"/>
            </w:tcMar>
            <w:vAlign w:val="center"/>
          </w:tcPr>
          <w:p w14:paraId="1E153E2A" w14:textId="77777777" w:rsidR="00923AFC" w:rsidRDefault="00000000">
            <w:r>
              <w:rPr>
                <w:rFonts w:cs="Noto Sans CJK TC"/>
                <w:b/>
                <w:color w:val="FFFFFF"/>
              </w:rPr>
              <w:t>器材名稱</w:t>
            </w:r>
          </w:p>
        </w:tc>
        <w:tc>
          <w:tcPr>
            <w:tcW w:w="567" w:type="dxa"/>
            <w:shd w:val="clear" w:color="auto" w:fill="253750"/>
            <w:tcMar>
              <w:top w:w="15" w:type="dxa"/>
              <w:left w:w="65" w:type="dxa"/>
              <w:bottom w:w="9" w:type="dxa"/>
              <w:right w:w="25" w:type="dxa"/>
            </w:tcMar>
            <w:vAlign w:val="center"/>
          </w:tcPr>
          <w:p w14:paraId="2FFEA03C" w14:textId="77777777" w:rsidR="00923AFC" w:rsidRDefault="00000000">
            <w:pPr>
              <w:jc w:val="center"/>
            </w:pPr>
            <w:r>
              <w:rPr>
                <w:rFonts w:cs="Noto Sans CJK TC"/>
                <w:b/>
                <w:color w:val="FFFFFF"/>
              </w:rPr>
              <w:t>數量</w:t>
            </w:r>
          </w:p>
        </w:tc>
      </w:tr>
      <w:tr w:rsidR="00923AFC" w14:paraId="0F33ADB1" w14:textId="77777777" w:rsidTr="00770123">
        <w:trPr>
          <w:cantSplit/>
          <w:trHeight w:val="437"/>
        </w:trPr>
        <w:tc>
          <w:tcPr>
            <w:tcW w:w="10374" w:type="dxa"/>
            <w:gridSpan w:val="6"/>
            <w:shd w:val="clear" w:color="auto" w:fill="EAF0F5"/>
            <w:tcMar>
              <w:top w:w="20" w:type="dxa"/>
              <w:left w:w="100" w:type="dxa"/>
              <w:bottom w:w="8" w:type="dxa"/>
              <w:right w:w="20" w:type="dxa"/>
            </w:tcMar>
            <w:vAlign w:val="center"/>
          </w:tcPr>
          <w:p w14:paraId="37DF5E5B" w14:textId="10AB146B" w:rsidR="00923AFC" w:rsidRDefault="00000000" w:rsidP="005C284E">
            <w:pPr>
              <w:jc w:val="center"/>
            </w:pPr>
            <w:r>
              <w:rPr>
                <w:rFonts w:cs="Noto Sans CJK TC"/>
                <w:b/>
                <w:color w:val="496176"/>
                <w:sz w:val="18"/>
              </w:rPr>
              <w:t>LED</w:t>
            </w:r>
          </w:p>
        </w:tc>
      </w:tr>
      <w:tr w:rsidR="00923AFC" w14:paraId="0A42C934" w14:textId="77777777" w:rsidTr="00770123">
        <w:trPr>
          <w:cantSplit/>
          <w:trHeight w:val="578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4C9B109A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LS 300X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3D8D1B6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5FF2374A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LS 600C Pro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A3FFB9B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3A44E76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LS 600X Pro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162E6F3" w14:textId="77777777" w:rsidR="00923AFC" w:rsidRDefault="00923AFC"/>
        </w:tc>
      </w:tr>
      <w:tr w:rsidR="00923AFC" w14:paraId="48FC29E3" w14:textId="77777777" w:rsidTr="00770123">
        <w:trPr>
          <w:cantSplit/>
          <w:trHeight w:val="578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F2D89F6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LS 1200D Pro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1127370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4BE37E0E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PT2c 燈棒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167CE47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66168EA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Mc pro 8-kit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2029ADE" w14:textId="77777777" w:rsidR="00923AFC" w:rsidRDefault="00923AFC"/>
        </w:tc>
      </w:tr>
      <w:tr w:rsidR="00923AFC" w14:paraId="016B00F5" w14:textId="77777777" w:rsidTr="00770123">
        <w:trPr>
          <w:cantSplit/>
          <w:trHeight w:val="437"/>
        </w:trPr>
        <w:tc>
          <w:tcPr>
            <w:tcW w:w="10374" w:type="dxa"/>
            <w:gridSpan w:val="6"/>
            <w:shd w:val="clear" w:color="auto" w:fill="EAF0F5"/>
            <w:tcMar>
              <w:top w:w="20" w:type="dxa"/>
              <w:left w:w="100" w:type="dxa"/>
              <w:bottom w:w="8" w:type="dxa"/>
              <w:right w:w="20" w:type="dxa"/>
            </w:tcMar>
            <w:vAlign w:val="center"/>
          </w:tcPr>
          <w:p w14:paraId="0CDFD13E" w14:textId="06F6BA1D" w:rsidR="00923AFC" w:rsidRDefault="00000000" w:rsidP="005C284E">
            <w:pPr>
              <w:jc w:val="center"/>
            </w:pPr>
            <w:proofErr w:type="spellStart"/>
            <w:r>
              <w:rPr>
                <w:rFonts w:cs="Noto Sans CJK TC"/>
                <w:b/>
                <w:color w:val="496176"/>
                <w:sz w:val="18"/>
              </w:rPr>
              <w:t>燈光腳架</w:t>
            </w:r>
            <w:proofErr w:type="spellEnd"/>
          </w:p>
        </w:tc>
      </w:tr>
      <w:tr w:rsidR="00923AFC" w14:paraId="25BE7BDF" w14:textId="77777777" w:rsidTr="00770123">
        <w:trPr>
          <w:cantSplit/>
          <w:trHeight w:val="578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01106AC9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Kupo 三節萬腳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DDD41D6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5C33A982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C-stand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4FACDFF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64BD8D72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鋁腳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6E83823" w14:textId="77777777" w:rsidR="00923AFC" w:rsidRDefault="00923AFC"/>
        </w:tc>
      </w:tr>
      <w:tr w:rsidR="00923AFC" w14:paraId="028A3A72" w14:textId="77777777" w:rsidTr="00770123">
        <w:trPr>
          <w:cantSplit/>
          <w:trHeight w:val="578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17A2D5BB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Manfrotto 氣壓腳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CEE37DB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9E1ACFE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Kupo 頂天立地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1B65D59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C27E756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1E2BD6F" w14:textId="77777777" w:rsidR="00923AFC" w:rsidRDefault="00923AFC"/>
        </w:tc>
      </w:tr>
      <w:tr w:rsidR="00923AFC" w14:paraId="342F35CD" w14:textId="77777777" w:rsidTr="00770123">
        <w:trPr>
          <w:cantSplit/>
          <w:trHeight w:val="437"/>
        </w:trPr>
        <w:tc>
          <w:tcPr>
            <w:tcW w:w="10374" w:type="dxa"/>
            <w:gridSpan w:val="6"/>
            <w:shd w:val="clear" w:color="auto" w:fill="EAF0F5"/>
            <w:tcMar>
              <w:top w:w="20" w:type="dxa"/>
              <w:left w:w="100" w:type="dxa"/>
              <w:bottom w:w="8" w:type="dxa"/>
              <w:right w:w="20" w:type="dxa"/>
            </w:tcMar>
            <w:vAlign w:val="center"/>
          </w:tcPr>
          <w:p w14:paraId="0BF0E934" w14:textId="0E3AF5DC" w:rsidR="00923AFC" w:rsidRDefault="00000000" w:rsidP="005C284E">
            <w:pPr>
              <w:jc w:val="center"/>
            </w:pPr>
            <w:proofErr w:type="spellStart"/>
            <w:r>
              <w:rPr>
                <w:rFonts w:cs="Noto Sans CJK TC"/>
                <w:b/>
                <w:color w:val="496176"/>
                <w:sz w:val="18"/>
              </w:rPr>
              <w:t>燈光配件</w:t>
            </w:r>
            <w:proofErr w:type="spellEnd"/>
          </w:p>
        </w:tc>
      </w:tr>
      <w:tr w:rsidR="00923AFC" w14:paraId="3DAEB8DD" w14:textId="77777777" w:rsidTr="00770123">
        <w:trPr>
          <w:cantSplit/>
          <w:trHeight w:val="578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122FD601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芭樂頭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031951A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1931F980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７號桿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D3D66A3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27974B77" w14:textId="28767F75" w:rsidR="00923AFC" w:rsidRDefault="00770123">
            <w:r>
              <w:rPr>
                <w:rFonts w:ascii="新細明體" w:eastAsia="新細明體" w:hAnsi="新細明體" w:cs="新細明體" w:hint="eastAsia"/>
                <w:color w:val="253750"/>
                <w:sz w:val="18"/>
                <w:lang w:eastAsia="zh-TW"/>
              </w:rPr>
              <w:t>塑膠</w:t>
            </w:r>
            <w:proofErr w:type="spellStart"/>
            <w:r>
              <w:rPr>
                <w:rFonts w:cs="Noto Sans CJK TC"/>
                <w:color w:val="253750"/>
                <w:sz w:val="18"/>
              </w:rPr>
              <w:t>大力夾</w:t>
            </w:r>
            <w:proofErr w:type="spellEnd"/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236DC4F" w14:textId="77777777" w:rsidR="00923AFC" w:rsidRDefault="00923AFC"/>
        </w:tc>
      </w:tr>
      <w:tr w:rsidR="00923AFC" w14:paraId="7E180003" w14:textId="77777777" w:rsidTr="00770123">
        <w:trPr>
          <w:cantSplit/>
          <w:trHeight w:val="578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72F6BAFE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C 夾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E7091C3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F94F0D5" w14:textId="24B833EF" w:rsidR="00923AFC" w:rsidRPr="00770123" w:rsidRDefault="00770123">
            <w:pPr>
              <w:rPr>
                <w:rFonts w:eastAsia="新細明體" w:hint="eastAsia"/>
                <w:lang w:eastAsia="zh-TW"/>
              </w:rPr>
            </w:pPr>
            <w:r>
              <w:rPr>
                <w:rFonts w:ascii="新細明體" w:eastAsia="新細明體" w:hAnsi="新細明體" w:cs="新細明體" w:hint="eastAsia"/>
                <w:color w:val="253750"/>
                <w:sz w:val="18"/>
                <w:lang w:eastAsia="zh-TW"/>
              </w:rPr>
              <w:t>超大夾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FE7F31F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1066BAA4" w14:textId="0860F388" w:rsidR="00923AFC" w:rsidRPr="00770123" w:rsidRDefault="00770123">
            <w:pPr>
              <w:rPr>
                <w:rFonts w:eastAsia="新細明體" w:hint="eastAsia"/>
                <w:lang w:eastAsia="zh-TW"/>
              </w:rPr>
            </w:pPr>
            <w:r>
              <w:rPr>
                <w:rFonts w:ascii="新細明體" w:eastAsia="新細明體" w:hAnsi="新細明體" w:cs="新細明體" w:hint="eastAsia"/>
                <w:color w:val="253750"/>
                <w:sz w:val="18"/>
                <w:lang w:eastAsia="zh-TW"/>
              </w:rPr>
              <w:t>手夾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012D8E7" w14:textId="77777777" w:rsidR="00923AFC" w:rsidRDefault="00923AFC"/>
        </w:tc>
      </w:tr>
      <w:tr w:rsidR="00923AFC" w14:paraId="78EC311E" w14:textId="77777777" w:rsidTr="00770123">
        <w:trPr>
          <w:cantSplit/>
          <w:trHeight w:val="578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79C57B15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鴨嘴夾(中)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80FC88B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008D5657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黑旗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935F2EA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5B4D466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旗版框 1x2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54526BE" w14:textId="77777777" w:rsidR="00923AFC" w:rsidRDefault="00923AFC"/>
        </w:tc>
      </w:tr>
      <w:tr w:rsidR="00923AFC" w14:paraId="663B8A28" w14:textId="77777777" w:rsidTr="00770123">
        <w:trPr>
          <w:cantSplit/>
          <w:trHeight w:val="578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182553E5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旗版框 2x3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B1045BD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6A5063C9" w14:textId="22D4C663" w:rsidR="00923AFC" w:rsidRPr="00770123" w:rsidRDefault="00923AFC">
            <w:pPr>
              <w:rPr>
                <w:rFonts w:eastAsia="新細明體" w:hint="eastAsia"/>
                <w:lang w:eastAsia="zh-TW"/>
              </w:rPr>
            </w:pP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911073D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0D4F743F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3C2B5A7F" w14:textId="77777777" w:rsidR="00923AFC" w:rsidRDefault="00923AFC"/>
        </w:tc>
      </w:tr>
      <w:tr w:rsidR="00923AFC" w14:paraId="72591E7C" w14:textId="77777777" w:rsidTr="00770123">
        <w:trPr>
          <w:cantSplit/>
          <w:trHeight w:val="437"/>
        </w:trPr>
        <w:tc>
          <w:tcPr>
            <w:tcW w:w="10374" w:type="dxa"/>
            <w:gridSpan w:val="6"/>
            <w:shd w:val="clear" w:color="auto" w:fill="EAF0F5"/>
            <w:tcMar>
              <w:top w:w="20" w:type="dxa"/>
              <w:left w:w="100" w:type="dxa"/>
              <w:bottom w:w="8" w:type="dxa"/>
              <w:right w:w="20" w:type="dxa"/>
            </w:tcMar>
            <w:vAlign w:val="center"/>
          </w:tcPr>
          <w:p w14:paraId="15302070" w14:textId="424E9F0F" w:rsidR="00923AFC" w:rsidRDefault="00000000" w:rsidP="005C284E">
            <w:pPr>
              <w:jc w:val="center"/>
            </w:pPr>
            <w:proofErr w:type="spellStart"/>
            <w:r>
              <w:rPr>
                <w:rFonts w:cs="Noto Sans CJK TC"/>
                <w:b/>
                <w:color w:val="496176"/>
                <w:sz w:val="18"/>
              </w:rPr>
              <w:t>錄音機</w:t>
            </w:r>
            <w:proofErr w:type="spellEnd"/>
          </w:p>
        </w:tc>
      </w:tr>
      <w:tr w:rsidR="00923AFC" w14:paraId="693CA65F" w14:textId="77777777" w:rsidTr="00770123">
        <w:trPr>
          <w:cantSplit/>
          <w:trHeight w:val="578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5FF364EB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Zoom F8 pro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7737E8A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44CA2E94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Zoom F8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B69B152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40C44A31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Zoom H8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55F0481" w14:textId="77777777" w:rsidR="00923AFC" w:rsidRDefault="00923AFC"/>
        </w:tc>
      </w:tr>
      <w:tr w:rsidR="00923AFC" w14:paraId="3E5574D8" w14:textId="77777777" w:rsidTr="00770123">
        <w:trPr>
          <w:cantSplit/>
          <w:trHeight w:val="437"/>
        </w:trPr>
        <w:tc>
          <w:tcPr>
            <w:tcW w:w="10374" w:type="dxa"/>
            <w:gridSpan w:val="6"/>
            <w:shd w:val="clear" w:color="auto" w:fill="EAF0F5"/>
            <w:tcMar>
              <w:top w:w="20" w:type="dxa"/>
              <w:left w:w="100" w:type="dxa"/>
              <w:bottom w:w="8" w:type="dxa"/>
              <w:right w:w="20" w:type="dxa"/>
            </w:tcMar>
            <w:vAlign w:val="center"/>
          </w:tcPr>
          <w:p w14:paraId="56C77EB9" w14:textId="5D38E8F3" w:rsidR="00923AFC" w:rsidRDefault="00000000" w:rsidP="005C284E">
            <w:pPr>
              <w:jc w:val="center"/>
            </w:pPr>
            <w:proofErr w:type="spellStart"/>
            <w:r>
              <w:rPr>
                <w:rFonts w:cs="Noto Sans CJK TC"/>
                <w:b/>
                <w:color w:val="496176"/>
                <w:sz w:val="18"/>
              </w:rPr>
              <w:t>麥克風</w:t>
            </w:r>
            <w:proofErr w:type="spellEnd"/>
            <w:r>
              <w:rPr>
                <w:rFonts w:cs="Noto Sans CJK TC"/>
                <w:b/>
                <w:color w:val="496176"/>
                <w:sz w:val="18"/>
              </w:rPr>
              <w:t>/mini mic</w:t>
            </w:r>
          </w:p>
        </w:tc>
      </w:tr>
      <w:tr w:rsidR="00923AFC" w14:paraId="63AF9DA4" w14:textId="77777777" w:rsidTr="00770123">
        <w:trPr>
          <w:cantSplit/>
          <w:trHeight w:val="578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6F70630C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Shure 086M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594C8BB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77E5940F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Sennheiser G4(含手雷)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3D6DF365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E1F2B8E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Sony UWP D16(含手雷)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CD6B376" w14:textId="77777777" w:rsidR="00923AFC" w:rsidRDefault="00923AFC"/>
        </w:tc>
      </w:tr>
      <w:tr w:rsidR="00923AFC" w14:paraId="159375F4" w14:textId="77777777" w:rsidTr="00770123">
        <w:trPr>
          <w:cantSplit/>
          <w:trHeight w:val="578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633F8C5F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Sony UWP D21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7F8F2A7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481B7DA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3F76EF1A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0BF882B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ED7BDA6" w14:textId="77777777" w:rsidR="00923AFC" w:rsidRDefault="00923AFC"/>
        </w:tc>
      </w:tr>
      <w:tr w:rsidR="00923AFC" w14:paraId="6764887B" w14:textId="77777777" w:rsidTr="00770123">
        <w:trPr>
          <w:cantSplit/>
          <w:trHeight w:val="437"/>
        </w:trPr>
        <w:tc>
          <w:tcPr>
            <w:tcW w:w="10374" w:type="dxa"/>
            <w:gridSpan w:val="6"/>
            <w:shd w:val="clear" w:color="auto" w:fill="EAF0F5"/>
            <w:tcMar>
              <w:top w:w="20" w:type="dxa"/>
              <w:left w:w="100" w:type="dxa"/>
              <w:bottom w:w="8" w:type="dxa"/>
              <w:right w:w="20" w:type="dxa"/>
            </w:tcMar>
            <w:vAlign w:val="center"/>
          </w:tcPr>
          <w:p w14:paraId="5520D3A7" w14:textId="6B4D9EB2" w:rsidR="00923AFC" w:rsidRDefault="00000000" w:rsidP="005C284E">
            <w:pPr>
              <w:jc w:val="center"/>
            </w:pPr>
            <w:proofErr w:type="spellStart"/>
            <w:r>
              <w:rPr>
                <w:rFonts w:cs="Noto Sans CJK TC"/>
                <w:b/>
                <w:color w:val="496176"/>
                <w:sz w:val="18"/>
              </w:rPr>
              <w:t>收音配件</w:t>
            </w:r>
            <w:proofErr w:type="spellEnd"/>
          </w:p>
        </w:tc>
      </w:tr>
      <w:tr w:rsidR="00923AFC" w14:paraId="41188146" w14:textId="77777777" w:rsidTr="00770123">
        <w:trPr>
          <w:cantSplit/>
          <w:trHeight w:val="578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16D4B638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Boom 桿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95F4C85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580783C6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耳機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33572DB4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2812603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避震套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F9C0FD7" w14:textId="77777777" w:rsidR="00923AFC" w:rsidRDefault="00923AFC"/>
        </w:tc>
      </w:tr>
      <w:tr w:rsidR="00923AFC" w14:paraId="1EF9AA07" w14:textId="77777777" w:rsidTr="00770123">
        <w:trPr>
          <w:cantSplit/>
          <w:trHeight w:val="578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64242FEC" w14:textId="77777777" w:rsidR="00923AFC" w:rsidRDefault="00000000">
            <w:r>
              <w:rPr>
                <w:rFonts w:cs="Noto Sans CJK TC"/>
                <w:color w:val="253750"/>
                <w:sz w:val="18"/>
              </w:rPr>
              <w:t>XLR 音源線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B4F543D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0D5F8A65" w14:textId="22658CCF" w:rsidR="00923AFC" w:rsidRDefault="00E16200">
            <w:r>
              <w:rPr>
                <w:rFonts w:cs="Noto Sans CJK TC"/>
                <w:color w:val="253750"/>
                <w:sz w:val="18"/>
              </w:rPr>
              <w:t xml:space="preserve">Skier </w:t>
            </w:r>
            <w:proofErr w:type="spellStart"/>
            <w:r>
              <w:rPr>
                <w:rFonts w:cs="Noto Sans CJK TC"/>
                <w:color w:val="253750"/>
                <w:sz w:val="18"/>
              </w:rPr>
              <w:t>飛船</w:t>
            </w:r>
            <w:proofErr w:type="spellEnd"/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54CFD30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1599F2A2" w14:textId="2CD7A2EA" w:rsidR="00923AFC" w:rsidRDefault="00923AFC"/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DFDDC4F" w14:textId="77777777" w:rsidR="00923AFC" w:rsidRDefault="00923AFC"/>
        </w:tc>
      </w:tr>
    </w:tbl>
    <w:p w14:paraId="176D551A" w14:textId="77777777" w:rsidR="00923AFC" w:rsidRDefault="00000000">
      <w:r>
        <w:br w:type="page"/>
      </w:r>
    </w:p>
    <w:p w14:paraId="58667CB1" w14:textId="3CD77B86" w:rsidR="00923AFC" w:rsidRDefault="00000000">
      <w:pPr>
        <w:spacing w:after="100"/>
        <w:jc w:val="center"/>
        <w:rPr>
          <w:lang w:eastAsia="zh-TW"/>
        </w:rPr>
      </w:pPr>
      <w:r>
        <w:rPr>
          <w:rFonts w:cs="Noto Sans CJK TC"/>
          <w:b/>
          <w:color w:val="253750"/>
          <w:sz w:val="26"/>
          <w:lang w:eastAsia="zh-TW"/>
        </w:rPr>
        <w:lastRenderedPageBreak/>
        <w:t>崇右影藝科技大學影視傳播系器材借用單</w:t>
      </w:r>
      <w:r w:rsidR="005C284E">
        <w:rPr>
          <w:rFonts w:ascii="新細明體" w:eastAsia="新細明體" w:hAnsi="新細明體" w:cs="Noto Sans CJK TC" w:hint="eastAsia"/>
          <w:b/>
          <w:color w:val="253750"/>
          <w:sz w:val="26"/>
          <w:lang w:eastAsia="zh-TW"/>
        </w:rPr>
        <w:t>(場務、電池)</w:t>
      </w:r>
    </w:p>
    <w:p w14:paraId="4FD0ACC3" w14:textId="77777777" w:rsidR="00923AFC" w:rsidRDefault="00000000">
      <w:pPr>
        <w:spacing w:before="80" w:after="60"/>
        <w:rPr>
          <w:lang w:eastAsia="zh-TW"/>
        </w:rPr>
      </w:pPr>
      <w:r>
        <w:rPr>
          <w:rFonts w:cs="Noto Sans CJK TC"/>
          <w:color w:val="496176"/>
          <w:lang w:eastAsia="zh-TW"/>
        </w:rPr>
        <w:t>器材清單（請於每項器材右側填寫借用數量）</w:t>
      </w:r>
    </w:p>
    <w:tbl>
      <w:tblPr>
        <w:tblW w:w="0" w:type="auto"/>
        <w:tblBorders>
          <w:top w:val="single" w:sz="5" w:space="0" w:color="ABB9C6"/>
          <w:left w:val="single" w:sz="5" w:space="0" w:color="ABB9C6"/>
          <w:bottom w:val="single" w:sz="5" w:space="0" w:color="ABB9C6"/>
          <w:right w:val="single" w:sz="5" w:space="0" w:color="ABB9C6"/>
          <w:insideH w:val="single" w:sz="5" w:space="0" w:color="ABB9C6"/>
          <w:insideV w:val="single" w:sz="5" w:space="0" w:color="ABB9C6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567"/>
        <w:gridCol w:w="2891"/>
        <w:gridCol w:w="567"/>
        <w:gridCol w:w="2891"/>
        <w:gridCol w:w="567"/>
      </w:tblGrid>
      <w:tr w:rsidR="00923AFC" w14:paraId="649002CB" w14:textId="77777777">
        <w:trPr>
          <w:cantSplit/>
          <w:trHeight w:val="289"/>
        </w:trPr>
        <w:tc>
          <w:tcPr>
            <w:tcW w:w="2891" w:type="dxa"/>
            <w:shd w:val="clear" w:color="auto" w:fill="253750"/>
            <w:tcMar>
              <w:top w:w="15" w:type="dxa"/>
              <w:left w:w="65" w:type="dxa"/>
              <w:bottom w:w="9" w:type="dxa"/>
              <w:right w:w="25" w:type="dxa"/>
            </w:tcMar>
            <w:vAlign w:val="center"/>
          </w:tcPr>
          <w:p w14:paraId="1380A3D0" w14:textId="77777777" w:rsidR="00923AFC" w:rsidRDefault="00000000">
            <w:proofErr w:type="spellStart"/>
            <w:r>
              <w:rPr>
                <w:rFonts w:cs="Noto Sans CJK TC"/>
                <w:b/>
                <w:color w:val="FFFFFF"/>
              </w:rPr>
              <w:t>器材名稱</w:t>
            </w:r>
            <w:proofErr w:type="spellEnd"/>
          </w:p>
        </w:tc>
        <w:tc>
          <w:tcPr>
            <w:tcW w:w="567" w:type="dxa"/>
            <w:shd w:val="clear" w:color="auto" w:fill="253750"/>
            <w:tcMar>
              <w:top w:w="15" w:type="dxa"/>
              <w:left w:w="65" w:type="dxa"/>
              <w:bottom w:w="9" w:type="dxa"/>
              <w:right w:w="25" w:type="dxa"/>
            </w:tcMar>
            <w:vAlign w:val="center"/>
          </w:tcPr>
          <w:p w14:paraId="4919166A" w14:textId="77777777" w:rsidR="00923AFC" w:rsidRDefault="00000000">
            <w:pPr>
              <w:jc w:val="center"/>
            </w:pPr>
            <w:r>
              <w:rPr>
                <w:rFonts w:cs="Noto Sans CJK TC"/>
                <w:b/>
                <w:color w:val="FFFFFF"/>
              </w:rPr>
              <w:t>數量</w:t>
            </w:r>
          </w:p>
        </w:tc>
        <w:tc>
          <w:tcPr>
            <w:tcW w:w="2891" w:type="dxa"/>
            <w:shd w:val="clear" w:color="auto" w:fill="253750"/>
            <w:tcMar>
              <w:top w:w="15" w:type="dxa"/>
              <w:left w:w="65" w:type="dxa"/>
              <w:bottom w:w="9" w:type="dxa"/>
              <w:right w:w="25" w:type="dxa"/>
            </w:tcMar>
            <w:vAlign w:val="center"/>
          </w:tcPr>
          <w:p w14:paraId="627DAEA8" w14:textId="77777777" w:rsidR="00923AFC" w:rsidRDefault="00000000">
            <w:r>
              <w:rPr>
                <w:rFonts w:cs="Noto Sans CJK TC"/>
                <w:b/>
                <w:color w:val="FFFFFF"/>
              </w:rPr>
              <w:t>器材名稱</w:t>
            </w:r>
          </w:p>
        </w:tc>
        <w:tc>
          <w:tcPr>
            <w:tcW w:w="567" w:type="dxa"/>
            <w:shd w:val="clear" w:color="auto" w:fill="253750"/>
            <w:tcMar>
              <w:top w:w="15" w:type="dxa"/>
              <w:left w:w="65" w:type="dxa"/>
              <w:bottom w:w="9" w:type="dxa"/>
              <w:right w:w="25" w:type="dxa"/>
            </w:tcMar>
            <w:vAlign w:val="center"/>
          </w:tcPr>
          <w:p w14:paraId="0AA24E2F" w14:textId="77777777" w:rsidR="00923AFC" w:rsidRDefault="00000000">
            <w:pPr>
              <w:jc w:val="center"/>
            </w:pPr>
            <w:r>
              <w:rPr>
                <w:rFonts w:cs="Noto Sans CJK TC"/>
                <w:b/>
                <w:color w:val="FFFFFF"/>
              </w:rPr>
              <w:t>數量</w:t>
            </w:r>
          </w:p>
        </w:tc>
        <w:tc>
          <w:tcPr>
            <w:tcW w:w="2891" w:type="dxa"/>
            <w:shd w:val="clear" w:color="auto" w:fill="253750"/>
            <w:tcMar>
              <w:top w:w="15" w:type="dxa"/>
              <w:left w:w="65" w:type="dxa"/>
              <w:bottom w:w="9" w:type="dxa"/>
              <w:right w:w="25" w:type="dxa"/>
            </w:tcMar>
            <w:vAlign w:val="center"/>
          </w:tcPr>
          <w:p w14:paraId="0F9E0AD0" w14:textId="77777777" w:rsidR="00923AFC" w:rsidRDefault="00000000">
            <w:r>
              <w:rPr>
                <w:rFonts w:cs="Noto Sans CJK TC"/>
                <w:b/>
                <w:color w:val="FFFFFF"/>
              </w:rPr>
              <w:t>器材名稱</w:t>
            </w:r>
          </w:p>
        </w:tc>
        <w:tc>
          <w:tcPr>
            <w:tcW w:w="567" w:type="dxa"/>
            <w:shd w:val="clear" w:color="auto" w:fill="253750"/>
            <w:tcMar>
              <w:top w:w="15" w:type="dxa"/>
              <w:left w:w="65" w:type="dxa"/>
              <w:bottom w:w="9" w:type="dxa"/>
              <w:right w:w="25" w:type="dxa"/>
            </w:tcMar>
            <w:vAlign w:val="center"/>
          </w:tcPr>
          <w:p w14:paraId="3D1187B5" w14:textId="77777777" w:rsidR="00923AFC" w:rsidRDefault="00000000">
            <w:pPr>
              <w:jc w:val="center"/>
            </w:pPr>
            <w:r>
              <w:rPr>
                <w:rFonts w:cs="Noto Sans CJK TC"/>
                <w:b/>
                <w:color w:val="FFFFFF"/>
              </w:rPr>
              <w:t>數量</w:t>
            </w:r>
          </w:p>
        </w:tc>
      </w:tr>
      <w:tr w:rsidR="00923AFC" w14:paraId="2D1A72D8" w14:textId="77777777" w:rsidTr="005C284E">
        <w:trPr>
          <w:cantSplit/>
          <w:trHeight w:val="397"/>
        </w:trPr>
        <w:tc>
          <w:tcPr>
            <w:tcW w:w="10374" w:type="dxa"/>
            <w:gridSpan w:val="6"/>
            <w:shd w:val="clear" w:color="auto" w:fill="EAF0F5"/>
            <w:tcMar>
              <w:top w:w="20" w:type="dxa"/>
              <w:left w:w="100" w:type="dxa"/>
              <w:bottom w:w="8" w:type="dxa"/>
              <w:right w:w="20" w:type="dxa"/>
            </w:tcMar>
            <w:vAlign w:val="center"/>
          </w:tcPr>
          <w:p w14:paraId="03C81000" w14:textId="1BCE0C80" w:rsidR="00923AFC" w:rsidRDefault="00000000" w:rsidP="005C284E">
            <w:pPr>
              <w:jc w:val="center"/>
            </w:pPr>
            <w:proofErr w:type="spellStart"/>
            <w:r>
              <w:rPr>
                <w:rFonts w:cs="Noto Sans CJK TC"/>
                <w:b/>
                <w:color w:val="496176"/>
                <w:sz w:val="18"/>
              </w:rPr>
              <w:t>場務器材</w:t>
            </w:r>
            <w:proofErr w:type="spellEnd"/>
          </w:p>
        </w:tc>
      </w:tr>
      <w:tr w:rsidR="00923AFC" w14:paraId="6B17A77B" w14:textId="77777777" w:rsidTr="00AA0F6A">
        <w:trPr>
          <w:cantSplit/>
          <w:trHeight w:val="397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6AB48DB3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軌道（直）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BAD05F0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27C98FF8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軌道（彎）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AA4F761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25B33FB9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板車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8A05CDE" w14:textId="77777777" w:rsidR="00923AFC" w:rsidRDefault="00923AFC"/>
        </w:tc>
      </w:tr>
      <w:tr w:rsidR="00923AFC" w14:paraId="6B33C8CE" w14:textId="77777777" w:rsidTr="00AA0F6A">
        <w:trPr>
          <w:cantSplit/>
          <w:trHeight w:val="397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05811D09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板車側板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543A5C8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4F3BB662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6 呎搖臂(含槓片)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0D0A771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1FB46BBA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90x90cm 高台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7957198" w14:textId="77777777" w:rsidR="00923AFC" w:rsidRDefault="00923AFC"/>
        </w:tc>
      </w:tr>
      <w:tr w:rsidR="00923AFC" w14:paraId="7BA67E16" w14:textId="77777777" w:rsidTr="00AA0F6A">
        <w:trPr>
          <w:cantSplit/>
          <w:trHeight w:val="397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CAB78F4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木箱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94BF4B2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11F71228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HollyLand Intercom 2000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E803291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2720BAB2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HollyLand Intercom C1 pro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DA70639" w14:textId="77777777" w:rsidR="00923AFC" w:rsidRDefault="00923AFC"/>
        </w:tc>
      </w:tr>
      <w:tr w:rsidR="00923AFC" w14:paraId="548241CA" w14:textId="77777777" w:rsidTr="00AA0F6A">
        <w:trPr>
          <w:cantSplit/>
          <w:trHeight w:val="397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D4019D6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Movmax 150cm 滑軌(含 Kupo 161MB 萬腳)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F2C0CB8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7F0D0DA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DJI RONIN 2(含體感儀+TB50 電池組)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C890527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1F97675C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魚鉤馬甲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0E65051F" w14:textId="77777777" w:rsidR="00923AFC" w:rsidRDefault="00923AFC"/>
        </w:tc>
      </w:tr>
      <w:tr w:rsidR="00923AFC" w14:paraId="35A6C13A" w14:textId="77777777" w:rsidTr="00AA0F6A">
        <w:trPr>
          <w:cantSplit/>
          <w:trHeight w:val="397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2422BFD2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DJI RS3 pro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425A22B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12CB4562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Tilta steadicam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B317A73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543349F2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沙包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EA89D48" w14:textId="77777777" w:rsidR="00923AFC" w:rsidRDefault="00923AFC"/>
        </w:tc>
      </w:tr>
      <w:tr w:rsidR="00923AFC" w14:paraId="31078791" w14:textId="77777777" w:rsidTr="00AA0F6A">
        <w:trPr>
          <w:cantSplit/>
          <w:trHeight w:val="397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594FA164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煙機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EEF5291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1E3F6B54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動力線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02054984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FE1F1D2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3A06C6DB" w14:textId="77777777" w:rsidR="00923AFC" w:rsidRDefault="00923AFC"/>
        </w:tc>
      </w:tr>
      <w:tr w:rsidR="00923AFC" w14:paraId="5CAFD9FB" w14:textId="77777777" w:rsidTr="005C284E">
        <w:trPr>
          <w:cantSplit/>
          <w:trHeight w:val="397"/>
        </w:trPr>
        <w:tc>
          <w:tcPr>
            <w:tcW w:w="10374" w:type="dxa"/>
            <w:gridSpan w:val="6"/>
            <w:shd w:val="clear" w:color="auto" w:fill="EAF0F5"/>
            <w:tcMar>
              <w:top w:w="20" w:type="dxa"/>
              <w:left w:w="100" w:type="dxa"/>
              <w:bottom w:w="8" w:type="dxa"/>
              <w:right w:w="20" w:type="dxa"/>
            </w:tcMar>
            <w:vAlign w:val="center"/>
          </w:tcPr>
          <w:p w14:paraId="08E88E83" w14:textId="4AC24B76" w:rsidR="00923AFC" w:rsidRDefault="00000000" w:rsidP="005C284E">
            <w:pPr>
              <w:jc w:val="center"/>
            </w:pPr>
            <w:proofErr w:type="spellStart"/>
            <w:r>
              <w:rPr>
                <w:rFonts w:cs="Noto Sans CJK TC"/>
                <w:b/>
                <w:color w:val="496176"/>
                <w:sz w:val="18"/>
              </w:rPr>
              <w:t>電池</w:t>
            </w:r>
            <w:proofErr w:type="spellEnd"/>
          </w:p>
        </w:tc>
      </w:tr>
      <w:tr w:rsidR="00923AFC" w14:paraId="2572B269" w14:textId="77777777" w:rsidTr="00AA0F6A">
        <w:trPr>
          <w:cantSplit/>
          <w:trHeight w:val="397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614A5A55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V掛230W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C785B26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04DACB4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V掛160W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EE73E72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78537912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V掛150W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3558A9B1" w14:textId="77777777" w:rsidR="00923AFC" w:rsidRDefault="00923AFC"/>
        </w:tc>
      </w:tr>
      <w:tr w:rsidR="00923AFC" w14:paraId="5FE19695" w14:textId="77777777" w:rsidTr="00AA0F6A">
        <w:trPr>
          <w:cantSplit/>
          <w:trHeight w:val="397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C332815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V掛98W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195817A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2F94E29D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F990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DC66AD6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3FFD90B9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F980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DA5E225" w14:textId="77777777" w:rsidR="00923AFC" w:rsidRDefault="00923AFC"/>
        </w:tc>
      </w:tr>
      <w:tr w:rsidR="00923AFC" w14:paraId="30797FA7" w14:textId="77777777" w:rsidTr="00AA0F6A">
        <w:trPr>
          <w:cantSplit/>
          <w:trHeight w:val="397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6C5AB6C1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F970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F220824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079F3B00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F550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02A73476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639454F4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Sony Fz100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4C8BF66D" w14:textId="77777777" w:rsidR="00923AFC" w:rsidRDefault="00923AFC"/>
        </w:tc>
      </w:tr>
      <w:tr w:rsidR="00923AFC" w14:paraId="0B4A0DBF" w14:textId="77777777" w:rsidTr="005C284E">
        <w:trPr>
          <w:cantSplit/>
          <w:trHeight w:val="397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4022EB28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AA充電電池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16A42DEF" w14:textId="77777777" w:rsidR="00923AFC" w:rsidRPr="005C284E" w:rsidRDefault="00923AFC">
            <w:pPr>
              <w:rPr>
                <w:rFonts w:cs="Noto Sans CJK TC"/>
                <w:color w:val="253750"/>
                <w:sz w:val="17"/>
              </w:rPr>
            </w:pPr>
          </w:p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  <w:vAlign w:val="center"/>
          </w:tcPr>
          <w:p w14:paraId="3382D97B" w14:textId="435533A4" w:rsidR="00923AFC" w:rsidRPr="005C284E" w:rsidRDefault="005C284E" w:rsidP="005C284E">
            <w:pPr>
              <w:jc w:val="both"/>
              <w:rPr>
                <w:rFonts w:cs="Noto Sans CJK TC"/>
                <w:color w:val="253750"/>
                <w:sz w:val="17"/>
              </w:rPr>
            </w:pPr>
            <w:r w:rsidRPr="005C284E">
              <w:rPr>
                <w:rFonts w:cs="Noto Sans CJK TC"/>
                <w:color w:val="253750"/>
                <w:sz w:val="17"/>
              </w:rPr>
              <w:t>F970</w:t>
            </w:r>
          </w:p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3DDE0B3E" w14:textId="77777777" w:rsidR="00923AFC" w:rsidRDefault="00923AFC"/>
        </w:tc>
        <w:tc>
          <w:tcPr>
            <w:tcW w:w="2891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0A620EE9" w14:textId="77777777" w:rsidR="00923AFC" w:rsidRDefault="00923AFC"/>
        </w:tc>
        <w:tc>
          <w:tcPr>
            <w:tcW w:w="567" w:type="dxa"/>
            <w:shd w:val="clear" w:color="auto" w:fill="F5F8F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EE2BBC3" w14:textId="77777777" w:rsidR="00923AFC" w:rsidRDefault="00923AFC"/>
        </w:tc>
      </w:tr>
      <w:tr w:rsidR="00923AFC" w14:paraId="5747ECE3" w14:textId="77777777" w:rsidTr="005C284E">
        <w:trPr>
          <w:cantSplit/>
          <w:trHeight w:val="397"/>
        </w:trPr>
        <w:tc>
          <w:tcPr>
            <w:tcW w:w="10374" w:type="dxa"/>
            <w:gridSpan w:val="6"/>
            <w:shd w:val="clear" w:color="auto" w:fill="EAF0F5"/>
            <w:tcMar>
              <w:top w:w="20" w:type="dxa"/>
              <w:left w:w="100" w:type="dxa"/>
              <w:bottom w:w="8" w:type="dxa"/>
              <w:right w:w="20" w:type="dxa"/>
            </w:tcMar>
            <w:vAlign w:val="center"/>
          </w:tcPr>
          <w:p w14:paraId="32FE0D10" w14:textId="1AD5DA37" w:rsidR="00923AFC" w:rsidRDefault="00000000" w:rsidP="005C284E">
            <w:pPr>
              <w:jc w:val="center"/>
            </w:pPr>
            <w:proofErr w:type="spellStart"/>
            <w:r>
              <w:rPr>
                <w:rFonts w:cs="Noto Sans CJK TC"/>
                <w:b/>
                <w:color w:val="496176"/>
                <w:sz w:val="18"/>
              </w:rPr>
              <w:t>充電器</w:t>
            </w:r>
            <w:proofErr w:type="spellEnd"/>
          </w:p>
        </w:tc>
      </w:tr>
      <w:tr w:rsidR="00923AFC" w14:paraId="42760F2E" w14:textId="77777777" w:rsidTr="00AA0F6A">
        <w:trPr>
          <w:cantSplit/>
          <w:trHeight w:val="397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7D57A4A4" w14:textId="77777777" w:rsidR="00923AFC" w:rsidRDefault="00000000">
            <w:pPr>
              <w:rPr>
                <w:lang w:eastAsia="zh-TW"/>
              </w:rPr>
            </w:pPr>
            <w:r>
              <w:rPr>
                <w:rFonts w:cs="Noto Sans CJK TC"/>
                <w:color w:val="253750"/>
                <w:sz w:val="17"/>
                <w:lang w:eastAsia="zh-TW"/>
              </w:rPr>
              <w:t>V掛八充（限230W使用）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2654222A" w14:textId="77777777" w:rsidR="00923AFC" w:rsidRDefault="00923AFC">
            <w:pPr>
              <w:rPr>
                <w:lang w:eastAsia="zh-TW"/>
              </w:rPr>
            </w:pPr>
          </w:p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04AF5F08" w14:textId="77777777" w:rsidR="00923AFC" w:rsidRDefault="00000000">
            <w:proofErr w:type="spellStart"/>
            <w:r>
              <w:rPr>
                <w:rFonts w:cs="Noto Sans CJK TC"/>
                <w:color w:val="253750"/>
                <w:sz w:val="17"/>
              </w:rPr>
              <w:t>V掛四充快充</w:t>
            </w:r>
            <w:proofErr w:type="spellEnd"/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56DD6B1B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0762C34D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V掛雙充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2EB284D" w14:textId="77777777" w:rsidR="00923AFC" w:rsidRDefault="00923AFC"/>
        </w:tc>
      </w:tr>
      <w:tr w:rsidR="00923AFC" w14:paraId="49602933" w14:textId="77777777" w:rsidTr="00AA0F6A">
        <w:trPr>
          <w:cantSplit/>
          <w:trHeight w:val="397"/>
        </w:trPr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46311F44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F970雙充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65895F73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621FA042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Sony Fz100四充充電器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253E9E0" w14:textId="77777777" w:rsidR="00923AFC" w:rsidRDefault="00923AFC"/>
        </w:tc>
        <w:tc>
          <w:tcPr>
            <w:tcW w:w="2891" w:type="dxa"/>
            <w:tcMar>
              <w:top w:w="12" w:type="dxa"/>
              <w:left w:w="65" w:type="dxa"/>
              <w:bottom w:w="7" w:type="dxa"/>
              <w:right w:w="25" w:type="dxa"/>
            </w:tcMar>
            <w:vAlign w:val="center"/>
          </w:tcPr>
          <w:p w14:paraId="184037C7" w14:textId="77777777" w:rsidR="00923AFC" w:rsidRDefault="00000000">
            <w:r>
              <w:rPr>
                <w:rFonts w:cs="Noto Sans CJK TC"/>
                <w:color w:val="253750"/>
                <w:sz w:val="17"/>
              </w:rPr>
              <w:t>AA電池充電器</w:t>
            </w:r>
          </w:p>
        </w:tc>
        <w:tc>
          <w:tcPr>
            <w:tcW w:w="567" w:type="dxa"/>
            <w:tcMar>
              <w:top w:w="8" w:type="dxa"/>
              <w:left w:w="15" w:type="dxa"/>
              <w:bottom w:w="5" w:type="dxa"/>
              <w:right w:w="15" w:type="dxa"/>
            </w:tcMar>
          </w:tcPr>
          <w:p w14:paraId="72A89B71" w14:textId="77777777" w:rsidR="00923AFC" w:rsidRDefault="00923AFC"/>
        </w:tc>
      </w:tr>
    </w:tbl>
    <w:p w14:paraId="091959C7" w14:textId="77777777" w:rsidR="00923AFC" w:rsidRDefault="00000000">
      <w:pPr>
        <w:spacing w:before="160" w:after="60"/>
      </w:pPr>
      <w:r>
        <w:rPr>
          <w:rFonts w:cs="Noto Sans CJK TC"/>
          <w:b/>
          <w:color w:val="496176"/>
          <w:sz w:val="18"/>
        </w:rPr>
        <w:t>備註</w:t>
      </w:r>
    </w:p>
    <w:tbl>
      <w:tblPr>
        <w:tblW w:w="0" w:type="auto"/>
        <w:tblBorders>
          <w:top w:val="single" w:sz="5" w:space="0" w:color="ABB9C6"/>
          <w:left w:val="single" w:sz="5" w:space="0" w:color="ABB9C6"/>
          <w:bottom w:val="single" w:sz="5" w:space="0" w:color="ABB9C6"/>
          <w:right w:val="single" w:sz="5" w:space="0" w:color="ABB9C6"/>
          <w:insideH w:val="single" w:sz="5" w:space="0" w:color="ABB9C6"/>
          <w:insideV w:val="single" w:sz="5" w:space="0" w:color="ABB9C6"/>
        </w:tblBorders>
        <w:tblLook w:val="04A0" w:firstRow="1" w:lastRow="0" w:firstColumn="1" w:lastColumn="0" w:noHBand="0" w:noVBand="1"/>
      </w:tblPr>
      <w:tblGrid>
        <w:gridCol w:w="10364"/>
      </w:tblGrid>
      <w:tr w:rsidR="00923AFC" w14:paraId="0F0D05AD" w14:textId="77777777">
        <w:trPr>
          <w:cantSplit/>
          <w:trHeight w:val="380"/>
        </w:trPr>
        <w:tc>
          <w:tcPr>
            <w:tcW w:w="10376" w:type="dxa"/>
            <w:tcMar>
              <w:top w:w="20" w:type="dxa"/>
              <w:left w:w="60" w:type="dxa"/>
              <w:bottom w:w="20" w:type="dxa"/>
              <w:right w:w="30" w:type="dxa"/>
            </w:tcMar>
          </w:tcPr>
          <w:p w14:paraId="2C95EF60" w14:textId="77777777" w:rsidR="00923AFC" w:rsidRDefault="00923AFC"/>
        </w:tc>
      </w:tr>
      <w:tr w:rsidR="00923AFC" w14:paraId="5F5D9135" w14:textId="77777777">
        <w:trPr>
          <w:cantSplit/>
          <w:trHeight w:val="380"/>
        </w:trPr>
        <w:tc>
          <w:tcPr>
            <w:tcW w:w="10376" w:type="dxa"/>
            <w:tcMar>
              <w:top w:w="20" w:type="dxa"/>
              <w:left w:w="60" w:type="dxa"/>
              <w:bottom w:w="20" w:type="dxa"/>
              <w:right w:w="30" w:type="dxa"/>
            </w:tcMar>
          </w:tcPr>
          <w:p w14:paraId="019F827C" w14:textId="77777777" w:rsidR="00923AFC" w:rsidRDefault="00923AFC"/>
        </w:tc>
      </w:tr>
      <w:tr w:rsidR="00AA0F6A" w14:paraId="40DBABB1" w14:textId="77777777">
        <w:trPr>
          <w:cantSplit/>
          <w:trHeight w:val="380"/>
        </w:trPr>
        <w:tc>
          <w:tcPr>
            <w:tcW w:w="10376" w:type="dxa"/>
            <w:tcMar>
              <w:top w:w="20" w:type="dxa"/>
              <w:left w:w="60" w:type="dxa"/>
              <w:bottom w:w="20" w:type="dxa"/>
              <w:right w:w="30" w:type="dxa"/>
            </w:tcMar>
          </w:tcPr>
          <w:p w14:paraId="2E63AC74" w14:textId="77777777" w:rsidR="00AA0F6A" w:rsidRDefault="00AA0F6A"/>
        </w:tc>
      </w:tr>
    </w:tbl>
    <w:p w14:paraId="23988702" w14:textId="77777777" w:rsidR="00923AFC" w:rsidRDefault="00000000">
      <w:pPr>
        <w:spacing w:before="160" w:after="60"/>
      </w:pPr>
      <w:proofErr w:type="spellStart"/>
      <w:r>
        <w:rPr>
          <w:rFonts w:cs="Noto Sans CJK TC"/>
          <w:b/>
          <w:color w:val="496176"/>
          <w:sz w:val="18"/>
        </w:rPr>
        <w:t>審核簽章</w:t>
      </w:r>
      <w:proofErr w:type="spellEnd"/>
    </w:p>
    <w:tbl>
      <w:tblPr>
        <w:tblW w:w="0" w:type="auto"/>
        <w:tblBorders>
          <w:top w:val="single" w:sz="5" w:space="0" w:color="ABB9C6"/>
          <w:left w:val="single" w:sz="5" w:space="0" w:color="ABB9C6"/>
          <w:bottom w:val="single" w:sz="5" w:space="0" w:color="ABB9C6"/>
          <w:right w:val="single" w:sz="5" w:space="0" w:color="ABB9C6"/>
          <w:insideH w:val="single" w:sz="5" w:space="0" w:color="ABB9C6"/>
          <w:insideV w:val="single" w:sz="5" w:space="0" w:color="ABB9C6"/>
        </w:tblBorders>
        <w:tblLook w:val="04A0" w:firstRow="1" w:lastRow="0" w:firstColumn="1" w:lastColumn="0" w:noHBand="0" w:noVBand="1"/>
      </w:tblPr>
      <w:tblGrid>
        <w:gridCol w:w="3454"/>
        <w:gridCol w:w="3455"/>
        <w:gridCol w:w="3455"/>
      </w:tblGrid>
      <w:tr w:rsidR="00923AFC" w14:paraId="76C35BBE" w14:textId="77777777">
        <w:trPr>
          <w:cantSplit/>
          <w:trHeight w:val="703"/>
        </w:trPr>
        <w:tc>
          <w:tcPr>
            <w:tcW w:w="3458" w:type="dxa"/>
            <w:tcMar>
              <w:top w:w="90" w:type="dxa"/>
              <w:left w:w="90" w:type="dxa"/>
              <w:bottom w:w="25" w:type="dxa"/>
              <w:right w:w="30" w:type="dxa"/>
            </w:tcMar>
            <w:vAlign w:val="center"/>
          </w:tcPr>
          <w:p w14:paraId="2D80141F" w14:textId="77777777" w:rsidR="00923AFC" w:rsidRDefault="00000000">
            <w:r>
              <w:rPr>
                <w:rFonts w:cs="Noto Sans CJK TC"/>
                <w:b/>
                <w:color w:val="496176"/>
                <w:sz w:val="17"/>
              </w:rPr>
              <w:t>指導老師簽章</w:t>
            </w:r>
            <w:r>
              <w:rPr>
                <w:rFonts w:cs="Noto Sans CJK TC"/>
                <w:b/>
                <w:color w:val="496176"/>
                <w:sz w:val="17"/>
              </w:rPr>
              <w:br/>
            </w:r>
            <w:r>
              <w:rPr>
                <w:rFonts w:cs="Noto Sans CJK TC"/>
                <w:b/>
                <w:color w:val="496176"/>
                <w:sz w:val="17"/>
              </w:rPr>
              <w:br/>
            </w:r>
          </w:p>
        </w:tc>
        <w:tc>
          <w:tcPr>
            <w:tcW w:w="3458" w:type="dxa"/>
            <w:tcMar>
              <w:top w:w="90" w:type="dxa"/>
              <w:left w:w="90" w:type="dxa"/>
              <w:bottom w:w="25" w:type="dxa"/>
              <w:right w:w="30" w:type="dxa"/>
            </w:tcMar>
            <w:vAlign w:val="center"/>
          </w:tcPr>
          <w:p w14:paraId="2590AC2D" w14:textId="77777777" w:rsidR="00923AFC" w:rsidRDefault="00000000">
            <w:r>
              <w:rPr>
                <w:rFonts w:cs="Noto Sans CJK TC"/>
                <w:b/>
                <w:color w:val="496176"/>
                <w:sz w:val="17"/>
              </w:rPr>
              <w:t>器材室簽章</w:t>
            </w:r>
            <w:r>
              <w:rPr>
                <w:rFonts w:cs="Noto Sans CJK TC"/>
                <w:b/>
                <w:color w:val="496176"/>
                <w:sz w:val="17"/>
              </w:rPr>
              <w:br/>
            </w:r>
            <w:r>
              <w:rPr>
                <w:rFonts w:cs="Noto Sans CJK TC"/>
                <w:b/>
                <w:color w:val="496176"/>
                <w:sz w:val="17"/>
              </w:rPr>
              <w:br/>
            </w:r>
          </w:p>
        </w:tc>
        <w:tc>
          <w:tcPr>
            <w:tcW w:w="3458" w:type="dxa"/>
            <w:tcMar>
              <w:top w:w="90" w:type="dxa"/>
              <w:left w:w="90" w:type="dxa"/>
              <w:bottom w:w="25" w:type="dxa"/>
              <w:right w:w="30" w:type="dxa"/>
            </w:tcMar>
            <w:vAlign w:val="center"/>
          </w:tcPr>
          <w:p w14:paraId="3A29F5B1" w14:textId="77777777" w:rsidR="00923AFC" w:rsidRDefault="00000000">
            <w:r>
              <w:rPr>
                <w:rFonts w:cs="Noto Sans CJK TC"/>
                <w:b/>
                <w:color w:val="496176"/>
                <w:sz w:val="17"/>
              </w:rPr>
              <w:t>系主任簽章</w:t>
            </w:r>
            <w:r>
              <w:rPr>
                <w:rFonts w:cs="Noto Sans CJK TC"/>
                <w:b/>
                <w:color w:val="496176"/>
                <w:sz w:val="17"/>
              </w:rPr>
              <w:br/>
            </w:r>
            <w:r>
              <w:rPr>
                <w:rFonts w:cs="Noto Sans CJK TC"/>
                <w:b/>
                <w:color w:val="496176"/>
                <w:sz w:val="17"/>
              </w:rPr>
              <w:br/>
            </w:r>
          </w:p>
        </w:tc>
      </w:tr>
    </w:tbl>
    <w:p w14:paraId="3FA37D10" w14:textId="77777777" w:rsidR="00923AFC" w:rsidRDefault="00000000">
      <w:pPr>
        <w:spacing w:before="160" w:after="60"/>
      </w:pPr>
      <w:r>
        <w:rPr>
          <w:rFonts w:cs="Noto Sans CJK TC"/>
          <w:b/>
          <w:color w:val="496176"/>
          <w:sz w:val="18"/>
        </w:rPr>
        <w:t>借出／歸還確認</w:t>
      </w:r>
    </w:p>
    <w:tbl>
      <w:tblPr>
        <w:tblW w:w="0" w:type="auto"/>
        <w:tblBorders>
          <w:top w:val="single" w:sz="5" w:space="0" w:color="ABB9C6"/>
          <w:left w:val="single" w:sz="5" w:space="0" w:color="ABB9C6"/>
          <w:bottom w:val="single" w:sz="5" w:space="0" w:color="ABB9C6"/>
          <w:right w:val="single" w:sz="5" w:space="0" w:color="ABB9C6"/>
          <w:insideH w:val="single" w:sz="5" w:space="0" w:color="ABB9C6"/>
          <w:insideV w:val="single" w:sz="5" w:space="0" w:color="ABB9C6"/>
        </w:tblBorders>
        <w:tblLayout w:type="fixed"/>
        <w:tblLook w:val="04A0" w:firstRow="1" w:lastRow="0" w:firstColumn="1" w:lastColumn="0" w:noHBand="0" w:noVBand="1"/>
      </w:tblPr>
      <w:tblGrid>
        <w:gridCol w:w="5187"/>
        <w:gridCol w:w="5187"/>
      </w:tblGrid>
      <w:tr w:rsidR="00923AFC" w14:paraId="63351B11" w14:textId="77777777">
        <w:trPr>
          <w:cantSplit/>
          <w:trHeight w:val="1502"/>
        </w:trPr>
        <w:tc>
          <w:tcPr>
            <w:tcW w:w="5187" w:type="dxa"/>
            <w:tcMar>
              <w:top w:w="80" w:type="dxa"/>
              <w:left w:w="105" w:type="dxa"/>
              <w:bottom w:w="50" w:type="dxa"/>
              <w:right w:w="30" w:type="dxa"/>
            </w:tcMar>
          </w:tcPr>
          <w:p w14:paraId="7E019E28" w14:textId="77777777" w:rsidR="00923AFC" w:rsidRPr="00AA0F6A" w:rsidRDefault="00000000">
            <w:pPr>
              <w:spacing w:after="100"/>
              <w:rPr>
                <w:sz w:val="24"/>
                <w:szCs w:val="24"/>
                <w:lang w:eastAsia="zh-TW"/>
              </w:rPr>
            </w:pPr>
            <w:r w:rsidRPr="00AA0F6A">
              <w:rPr>
                <w:rFonts w:cs="Noto Sans CJK TC"/>
                <w:b/>
                <w:color w:val="496176"/>
                <w:sz w:val="24"/>
                <w:szCs w:val="24"/>
                <w:lang w:eastAsia="zh-TW"/>
              </w:rPr>
              <w:t>借出確認</w:t>
            </w:r>
          </w:p>
          <w:p w14:paraId="1F1D7273" w14:textId="3AAD5800" w:rsidR="00923AFC" w:rsidRPr="00AA0F6A" w:rsidRDefault="00000000">
            <w:pPr>
              <w:spacing w:after="80"/>
              <w:rPr>
                <w:sz w:val="24"/>
                <w:szCs w:val="24"/>
                <w:lang w:eastAsia="zh-TW"/>
              </w:rPr>
            </w:pPr>
            <w:r w:rsidRPr="00AA0F6A">
              <w:rPr>
                <w:rFonts w:cs="Noto Sans CJK TC"/>
                <w:color w:val="253750"/>
                <w:sz w:val="24"/>
                <w:szCs w:val="24"/>
                <w:lang w:eastAsia="zh-TW"/>
              </w:rPr>
              <w:t>日期／時間：</w:t>
            </w:r>
            <w:r w:rsidR="009C07B5">
              <w:rPr>
                <w:rFonts w:ascii="新細明體" w:eastAsia="新細明體" w:hAnsi="新細明體" w:hint="eastAsia"/>
                <w:b/>
                <w:sz w:val="20"/>
                <w:szCs w:val="28"/>
                <w:lang w:eastAsia="zh-TW"/>
              </w:rPr>
              <w:t xml:space="preserve">           </w:t>
            </w:r>
            <w:r w:rsidR="009C07B5">
              <w:rPr>
                <w:rFonts w:ascii="新細明體" w:eastAsia="新細明體" w:hAnsi="新細明體" w:cs="新細明體" w:hint="eastAsia"/>
                <w:b/>
                <w:sz w:val="20"/>
                <w:szCs w:val="28"/>
                <w:lang w:eastAsia="zh-TW"/>
              </w:rPr>
              <w:t xml:space="preserve">年 </w:t>
            </w:r>
            <w:r w:rsidR="009C07B5">
              <w:rPr>
                <w:rFonts w:ascii="新細明體" w:eastAsia="新細明體" w:hAnsi="新細明體" w:hint="eastAsia"/>
                <w:b/>
                <w:sz w:val="20"/>
                <w:szCs w:val="28"/>
                <w:lang w:eastAsia="zh-TW"/>
              </w:rPr>
              <w:t xml:space="preserve">           月           日          ：</w:t>
            </w:r>
          </w:p>
          <w:p w14:paraId="47BC5A74" w14:textId="264F3839" w:rsidR="00923AFC" w:rsidRDefault="00000000">
            <w:pPr>
              <w:spacing w:after="80"/>
              <w:rPr>
                <w:rFonts w:eastAsia="新細明體" w:cs="Noto Sans CJK TC" w:hint="eastAsia"/>
                <w:color w:val="253750"/>
                <w:sz w:val="24"/>
                <w:szCs w:val="24"/>
                <w:lang w:eastAsia="zh-TW"/>
              </w:rPr>
            </w:pPr>
            <w:r w:rsidRPr="00AA0F6A">
              <w:rPr>
                <w:rFonts w:cs="Noto Sans CJK TC"/>
                <w:color w:val="253750"/>
                <w:sz w:val="24"/>
                <w:szCs w:val="24"/>
                <w:lang w:eastAsia="zh-TW"/>
              </w:rPr>
              <w:t>器材核對：</w:t>
            </w:r>
            <w:r w:rsidR="009C07B5">
              <w:rPr>
                <w:rFonts w:ascii="Segoe UI Symbol" w:eastAsia="新細明體" w:hAnsi="Segoe UI Symbol" w:cs="Segoe UI Symbol"/>
                <w:color w:val="253750"/>
                <w:sz w:val="24"/>
                <w:szCs w:val="24"/>
                <w:lang w:eastAsia="zh-TW"/>
              </w:rPr>
              <w:t>☐</w:t>
            </w:r>
            <w:r w:rsidRPr="00AA0F6A">
              <w:rPr>
                <w:rFonts w:cs="Noto Sans CJK TC"/>
                <w:color w:val="253750"/>
                <w:sz w:val="24"/>
                <w:szCs w:val="24"/>
                <w:lang w:eastAsia="zh-TW"/>
              </w:rPr>
              <w:t xml:space="preserve"> 無誤   </w:t>
            </w:r>
            <w:r w:rsidR="009C07B5">
              <w:rPr>
                <w:rFonts w:ascii="Segoe UI Symbol" w:eastAsia="新細明體" w:hAnsi="Segoe UI Symbol" w:cs="Segoe UI Symbol"/>
                <w:color w:val="253750"/>
                <w:sz w:val="24"/>
                <w:szCs w:val="24"/>
                <w:lang w:eastAsia="zh-TW"/>
              </w:rPr>
              <w:t>☐</w:t>
            </w:r>
            <w:r w:rsidRPr="00AA0F6A">
              <w:rPr>
                <w:rFonts w:cs="Noto Sans CJK TC"/>
                <w:color w:val="253750"/>
                <w:sz w:val="24"/>
                <w:szCs w:val="24"/>
                <w:lang w:eastAsia="zh-TW"/>
              </w:rPr>
              <w:t xml:space="preserve"> 有異常</w:t>
            </w:r>
          </w:p>
          <w:p w14:paraId="33CEABFB" w14:textId="77777777" w:rsidR="00AA0F6A" w:rsidRPr="00AA0F6A" w:rsidRDefault="00AA0F6A">
            <w:pPr>
              <w:spacing w:after="80"/>
              <w:rPr>
                <w:rFonts w:eastAsia="新細明體" w:hint="eastAsia"/>
                <w:sz w:val="24"/>
                <w:szCs w:val="24"/>
                <w:lang w:eastAsia="zh-TW"/>
              </w:rPr>
            </w:pPr>
          </w:p>
          <w:p w14:paraId="1FE6E238" w14:textId="62114781" w:rsidR="00923AFC" w:rsidRDefault="00000000">
            <w:pPr>
              <w:spacing w:after="80"/>
              <w:rPr>
                <w:rFonts w:eastAsia="新細明體" w:cs="Noto Sans CJK TC" w:hint="eastAsia"/>
                <w:color w:val="253750"/>
                <w:sz w:val="24"/>
                <w:szCs w:val="24"/>
                <w:lang w:eastAsia="zh-TW"/>
              </w:rPr>
            </w:pPr>
            <w:r w:rsidRPr="00AA0F6A">
              <w:rPr>
                <w:rFonts w:cs="Noto Sans CJK TC"/>
                <w:color w:val="253750"/>
                <w:sz w:val="24"/>
                <w:szCs w:val="24"/>
                <w:lang w:eastAsia="zh-TW"/>
              </w:rPr>
              <w:t>借用人簽名：___________________</w:t>
            </w:r>
            <w:r w:rsidR="00770123" w:rsidRPr="00AA0F6A">
              <w:rPr>
                <w:rFonts w:cs="Noto Sans CJK TC"/>
                <w:color w:val="253750"/>
                <w:sz w:val="24"/>
                <w:szCs w:val="24"/>
                <w:lang w:eastAsia="zh-TW"/>
              </w:rPr>
              <w:t>_________</w:t>
            </w:r>
          </w:p>
          <w:p w14:paraId="75E521C5" w14:textId="77777777" w:rsidR="00AA0F6A" w:rsidRPr="00AA0F6A" w:rsidRDefault="00AA0F6A">
            <w:pPr>
              <w:spacing w:after="80"/>
              <w:rPr>
                <w:rFonts w:eastAsia="新細明體" w:hint="eastAsia"/>
                <w:sz w:val="24"/>
                <w:szCs w:val="24"/>
                <w:lang w:eastAsia="zh-TW"/>
              </w:rPr>
            </w:pPr>
          </w:p>
          <w:p w14:paraId="77813C28" w14:textId="4BF1167A" w:rsidR="00AA0F6A" w:rsidRPr="00AA0F6A" w:rsidRDefault="00000000">
            <w:pPr>
              <w:spacing w:after="80"/>
              <w:rPr>
                <w:rFonts w:eastAsia="新細明體" w:cs="Noto Sans CJK TC" w:hint="eastAsia"/>
                <w:color w:val="253750"/>
                <w:sz w:val="24"/>
                <w:szCs w:val="24"/>
                <w:lang w:eastAsia="zh-TW"/>
              </w:rPr>
            </w:pPr>
            <w:r w:rsidRPr="00AA0F6A">
              <w:rPr>
                <w:rFonts w:cs="Noto Sans CJK TC"/>
                <w:color w:val="253750"/>
                <w:sz w:val="24"/>
                <w:szCs w:val="24"/>
                <w:lang w:eastAsia="zh-TW"/>
              </w:rPr>
              <w:t>經手人簽名：___________________</w:t>
            </w:r>
            <w:r w:rsidR="00770123" w:rsidRPr="00AA0F6A">
              <w:rPr>
                <w:rFonts w:cs="Noto Sans CJK TC"/>
                <w:color w:val="253750"/>
                <w:sz w:val="24"/>
                <w:szCs w:val="24"/>
                <w:lang w:eastAsia="zh-TW"/>
              </w:rPr>
              <w:t>_________</w:t>
            </w:r>
          </w:p>
        </w:tc>
        <w:tc>
          <w:tcPr>
            <w:tcW w:w="5187" w:type="dxa"/>
            <w:tcMar>
              <w:top w:w="80" w:type="dxa"/>
              <w:left w:w="105" w:type="dxa"/>
              <w:bottom w:w="50" w:type="dxa"/>
              <w:right w:w="30" w:type="dxa"/>
            </w:tcMar>
          </w:tcPr>
          <w:p w14:paraId="33EDC51D" w14:textId="77777777" w:rsidR="00923AFC" w:rsidRPr="00AA0F6A" w:rsidRDefault="00000000">
            <w:pPr>
              <w:spacing w:after="100"/>
              <w:rPr>
                <w:sz w:val="24"/>
                <w:szCs w:val="24"/>
                <w:lang w:eastAsia="zh-TW"/>
              </w:rPr>
            </w:pPr>
            <w:r w:rsidRPr="00AA0F6A">
              <w:rPr>
                <w:rFonts w:cs="Noto Sans CJK TC"/>
                <w:b/>
                <w:color w:val="496176"/>
                <w:sz w:val="24"/>
                <w:szCs w:val="24"/>
                <w:lang w:eastAsia="zh-TW"/>
              </w:rPr>
              <w:t>歸還確認</w:t>
            </w:r>
          </w:p>
          <w:p w14:paraId="43AFC9AB" w14:textId="6EE74E22" w:rsidR="00923AFC" w:rsidRPr="00AA0F6A" w:rsidRDefault="00000000">
            <w:pPr>
              <w:spacing w:after="80"/>
              <w:rPr>
                <w:sz w:val="24"/>
                <w:szCs w:val="24"/>
                <w:lang w:eastAsia="zh-TW"/>
              </w:rPr>
            </w:pPr>
            <w:r w:rsidRPr="00AA0F6A">
              <w:rPr>
                <w:rFonts w:cs="Noto Sans CJK TC"/>
                <w:color w:val="253750"/>
                <w:sz w:val="24"/>
                <w:szCs w:val="24"/>
                <w:lang w:eastAsia="zh-TW"/>
              </w:rPr>
              <w:t>日期／時間：</w:t>
            </w:r>
            <w:r w:rsidR="009C07B5">
              <w:rPr>
                <w:rFonts w:ascii="新細明體" w:eastAsia="新細明體" w:hAnsi="新細明體" w:hint="eastAsia"/>
                <w:b/>
                <w:sz w:val="20"/>
                <w:szCs w:val="28"/>
                <w:lang w:eastAsia="zh-TW"/>
              </w:rPr>
              <w:t xml:space="preserve">           </w:t>
            </w:r>
            <w:r w:rsidR="009C07B5">
              <w:rPr>
                <w:rFonts w:ascii="新細明體" w:eastAsia="新細明體" w:hAnsi="新細明體" w:cs="新細明體" w:hint="eastAsia"/>
                <w:b/>
                <w:sz w:val="20"/>
                <w:szCs w:val="28"/>
                <w:lang w:eastAsia="zh-TW"/>
              </w:rPr>
              <w:t xml:space="preserve">年 </w:t>
            </w:r>
            <w:r w:rsidR="009C07B5">
              <w:rPr>
                <w:rFonts w:ascii="新細明體" w:eastAsia="新細明體" w:hAnsi="新細明體" w:hint="eastAsia"/>
                <w:b/>
                <w:sz w:val="20"/>
                <w:szCs w:val="28"/>
                <w:lang w:eastAsia="zh-TW"/>
              </w:rPr>
              <w:t xml:space="preserve">           月           日          ：</w:t>
            </w:r>
          </w:p>
          <w:p w14:paraId="49D880AF" w14:textId="332E3BC6" w:rsidR="00923AFC" w:rsidRDefault="00000000">
            <w:pPr>
              <w:spacing w:after="80"/>
              <w:rPr>
                <w:rFonts w:eastAsia="新細明體" w:cs="Noto Sans CJK TC" w:hint="eastAsia"/>
                <w:color w:val="253750"/>
                <w:sz w:val="24"/>
                <w:szCs w:val="24"/>
                <w:lang w:eastAsia="zh-TW"/>
              </w:rPr>
            </w:pPr>
            <w:r w:rsidRPr="00AA0F6A">
              <w:rPr>
                <w:rFonts w:cs="Noto Sans CJK TC"/>
                <w:color w:val="253750"/>
                <w:sz w:val="24"/>
                <w:szCs w:val="24"/>
                <w:lang w:eastAsia="zh-TW"/>
              </w:rPr>
              <w:t>器材核對：</w:t>
            </w:r>
            <w:r w:rsidR="009C07B5">
              <w:rPr>
                <w:rFonts w:ascii="Segoe UI Symbol" w:eastAsia="新細明體" w:hAnsi="Segoe UI Symbol" w:cs="Segoe UI Symbol"/>
                <w:color w:val="253750"/>
                <w:sz w:val="24"/>
                <w:szCs w:val="24"/>
                <w:lang w:eastAsia="zh-TW"/>
              </w:rPr>
              <w:t>☐</w:t>
            </w:r>
            <w:r w:rsidRPr="00AA0F6A">
              <w:rPr>
                <w:rFonts w:cs="Noto Sans CJK TC"/>
                <w:color w:val="253750"/>
                <w:sz w:val="24"/>
                <w:szCs w:val="24"/>
                <w:lang w:eastAsia="zh-TW"/>
              </w:rPr>
              <w:t xml:space="preserve"> 無誤   </w:t>
            </w:r>
            <w:r w:rsidR="009C07B5">
              <w:rPr>
                <w:rFonts w:ascii="Segoe UI Symbol" w:eastAsia="新細明體" w:hAnsi="Segoe UI Symbol" w:cs="Segoe UI Symbol"/>
                <w:color w:val="253750"/>
                <w:sz w:val="24"/>
                <w:szCs w:val="24"/>
                <w:lang w:eastAsia="zh-TW"/>
              </w:rPr>
              <w:t>☐</w:t>
            </w:r>
            <w:r w:rsidRPr="00AA0F6A">
              <w:rPr>
                <w:rFonts w:cs="Noto Sans CJK TC"/>
                <w:color w:val="253750"/>
                <w:sz w:val="24"/>
                <w:szCs w:val="24"/>
                <w:lang w:eastAsia="zh-TW"/>
              </w:rPr>
              <w:t xml:space="preserve"> 有異常</w:t>
            </w:r>
          </w:p>
          <w:p w14:paraId="0B72E97E" w14:textId="77777777" w:rsidR="00AA0F6A" w:rsidRPr="00AA0F6A" w:rsidRDefault="00AA0F6A">
            <w:pPr>
              <w:spacing w:after="80"/>
              <w:rPr>
                <w:rFonts w:eastAsia="新細明體" w:hint="eastAsia"/>
                <w:sz w:val="24"/>
                <w:szCs w:val="24"/>
                <w:lang w:eastAsia="zh-TW"/>
              </w:rPr>
            </w:pPr>
          </w:p>
          <w:p w14:paraId="11CD9211" w14:textId="39B57A0A" w:rsidR="00923AFC" w:rsidRDefault="00000000">
            <w:pPr>
              <w:spacing w:after="80"/>
              <w:rPr>
                <w:rFonts w:eastAsia="新細明體" w:cs="Noto Sans CJK TC" w:hint="eastAsia"/>
                <w:color w:val="253750"/>
                <w:sz w:val="24"/>
                <w:szCs w:val="24"/>
                <w:lang w:eastAsia="zh-TW"/>
              </w:rPr>
            </w:pPr>
            <w:r w:rsidRPr="00AA0F6A">
              <w:rPr>
                <w:rFonts w:cs="Noto Sans CJK TC"/>
                <w:color w:val="253750"/>
                <w:sz w:val="24"/>
                <w:szCs w:val="24"/>
                <w:lang w:eastAsia="zh-TW"/>
              </w:rPr>
              <w:t>借用人簽名：___________________</w:t>
            </w:r>
            <w:r w:rsidR="00770123" w:rsidRPr="00AA0F6A">
              <w:rPr>
                <w:rFonts w:cs="Noto Sans CJK TC"/>
                <w:color w:val="253750"/>
                <w:sz w:val="24"/>
                <w:szCs w:val="24"/>
                <w:lang w:eastAsia="zh-TW"/>
              </w:rPr>
              <w:t>_________</w:t>
            </w:r>
          </w:p>
          <w:p w14:paraId="309DFA3E" w14:textId="77777777" w:rsidR="00AA0F6A" w:rsidRPr="00AA0F6A" w:rsidRDefault="00AA0F6A">
            <w:pPr>
              <w:spacing w:after="80"/>
              <w:rPr>
                <w:rFonts w:eastAsia="新細明體" w:hint="eastAsia"/>
                <w:sz w:val="24"/>
                <w:szCs w:val="24"/>
                <w:lang w:eastAsia="zh-TW"/>
              </w:rPr>
            </w:pPr>
          </w:p>
          <w:p w14:paraId="16695D83" w14:textId="0217B1EB" w:rsidR="00923AFC" w:rsidRPr="00AA0F6A" w:rsidRDefault="00000000">
            <w:pPr>
              <w:spacing w:after="80"/>
              <w:rPr>
                <w:sz w:val="24"/>
                <w:szCs w:val="24"/>
                <w:lang w:eastAsia="zh-TW"/>
              </w:rPr>
            </w:pPr>
            <w:r w:rsidRPr="00AA0F6A">
              <w:rPr>
                <w:rFonts w:cs="Noto Sans CJK TC"/>
                <w:color w:val="253750"/>
                <w:sz w:val="24"/>
                <w:szCs w:val="24"/>
                <w:lang w:eastAsia="zh-TW"/>
              </w:rPr>
              <w:t>經手人簽名：___________________</w:t>
            </w:r>
            <w:r w:rsidR="00770123" w:rsidRPr="00AA0F6A">
              <w:rPr>
                <w:rFonts w:cs="Noto Sans CJK TC"/>
                <w:color w:val="253750"/>
                <w:sz w:val="24"/>
                <w:szCs w:val="24"/>
                <w:lang w:eastAsia="zh-TW"/>
              </w:rPr>
              <w:t>_________</w:t>
            </w:r>
          </w:p>
        </w:tc>
      </w:tr>
    </w:tbl>
    <w:p w14:paraId="075C4906" w14:textId="77777777" w:rsidR="00410952" w:rsidRDefault="00410952">
      <w:pPr>
        <w:rPr>
          <w:lang w:eastAsia="zh-TW"/>
        </w:rPr>
      </w:pPr>
    </w:p>
    <w:sectPr w:rsidR="00410952" w:rsidSect="00034616">
      <w:footerReference w:type="default" r:id="rId8"/>
      <w:pgSz w:w="11906" w:h="16838"/>
      <w:pgMar w:top="595" w:right="765" w:bottom="624" w:left="765" w:header="22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C5D0C" w14:textId="77777777" w:rsidR="000533C7" w:rsidRDefault="000533C7">
      <w:r>
        <w:separator/>
      </w:r>
    </w:p>
  </w:endnote>
  <w:endnote w:type="continuationSeparator" w:id="0">
    <w:p w14:paraId="24F5C839" w14:textId="77777777" w:rsidR="000533C7" w:rsidRDefault="00053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T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5AA1F" w14:textId="77777777" w:rsidR="00923AFC" w:rsidRDefault="00000000">
    <w:pPr>
      <w:pStyle w:val="a7"/>
      <w:jc w:val="right"/>
      <w:rPr>
        <w:lang w:eastAsia="zh-TW"/>
      </w:rPr>
    </w:pPr>
    <w:r>
      <w:rPr>
        <w:rFonts w:cs="Noto Sans CJK TC"/>
        <w:color w:val="7B8998"/>
        <w:sz w:val="15"/>
        <w:lang w:eastAsia="zh-TW"/>
      </w:rPr>
      <w:t xml:space="preserve">影視傳播系｜器材借用單     第 </w:t>
    </w:r>
    <w:r>
      <w:fldChar w:fldCharType="begin"/>
    </w:r>
    <w:r>
      <w:rPr>
        <w:lang w:eastAsia="zh-TW"/>
      </w:rPr>
      <w:instrText>PAGE</w:instrText>
    </w:r>
    <w:r>
      <w:fldChar w:fldCharType="separate"/>
    </w:r>
    <w:r w:rsidR="00AA0F6A">
      <w:rPr>
        <w:noProof/>
        <w:lang w:eastAsia="zh-TW"/>
      </w:rPr>
      <w:t>1</w:t>
    </w:r>
    <w:r>
      <w:fldChar w:fldCharType="end"/>
    </w:r>
    <w:r>
      <w:rPr>
        <w:rFonts w:cs="Noto Sans CJK TC"/>
        <w:color w:val="7B8998"/>
        <w:sz w:val="15"/>
        <w:lang w:eastAsia="zh-TW"/>
      </w:rPr>
      <w:t xml:space="preserve"> / 3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0A0ED" w14:textId="77777777" w:rsidR="000533C7" w:rsidRDefault="000533C7">
      <w:r>
        <w:separator/>
      </w:r>
    </w:p>
  </w:footnote>
  <w:footnote w:type="continuationSeparator" w:id="0">
    <w:p w14:paraId="76B89339" w14:textId="77777777" w:rsidR="000533C7" w:rsidRDefault="000533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4350307">
    <w:abstractNumId w:val="8"/>
  </w:num>
  <w:num w:numId="2" w16cid:durableId="1370759901">
    <w:abstractNumId w:val="6"/>
  </w:num>
  <w:num w:numId="3" w16cid:durableId="558171400">
    <w:abstractNumId w:val="5"/>
  </w:num>
  <w:num w:numId="4" w16cid:durableId="1082603783">
    <w:abstractNumId w:val="4"/>
  </w:num>
  <w:num w:numId="5" w16cid:durableId="699209624">
    <w:abstractNumId w:val="7"/>
  </w:num>
  <w:num w:numId="6" w16cid:durableId="1251769749">
    <w:abstractNumId w:val="3"/>
  </w:num>
  <w:num w:numId="7" w16cid:durableId="1431582067">
    <w:abstractNumId w:val="2"/>
  </w:num>
  <w:num w:numId="8" w16cid:durableId="1289580098">
    <w:abstractNumId w:val="1"/>
  </w:num>
  <w:num w:numId="9" w16cid:durableId="172648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3C7"/>
    <w:rsid w:val="0006063C"/>
    <w:rsid w:val="00101A3D"/>
    <w:rsid w:val="00132E36"/>
    <w:rsid w:val="0015074B"/>
    <w:rsid w:val="0029639D"/>
    <w:rsid w:val="00326F90"/>
    <w:rsid w:val="00410952"/>
    <w:rsid w:val="005C284E"/>
    <w:rsid w:val="00647713"/>
    <w:rsid w:val="00690BD6"/>
    <w:rsid w:val="007012D6"/>
    <w:rsid w:val="00770123"/>
    <w:rsid w:val="00770EB5"/>
    <w:rsid w:val="0089293C"/>
    <w:rsid w:val="00923AFC"/>
    <w:rsid w:val="009C07B5"/>
    <w:rsid w:val="00A86DBB"/>
    <w:rsid w:val="00AA0F6A"/>
    <w:rsid w:val="00AA1D8D"/>
    <w:rsid w:val="00AD3304"/>
    <w:rsid w:val="00B47730"/>
    <w:rsid w:val="00BC4A11"/>
    <w:rsid w:val="00BC6BAD"/>
    <w:rsid w:val="00BE71F4"/>
    <w:rsid w:val="00C4289C"/>
    <w:rsid w:val="00CA459E"/>
    <w:rsid w:val="00CB0664"/>
    <w:rsid w:val="00DA556E"/>
    <w:rsid w:val="00E162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01635C"/>
  <w14:defaultImageDpi w14:val="300"/>
  <w15:docId w15:val="{592E63B3-56DD-482D-8203-7FFCD658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Noto Sans CJK TC" w:eastAsia="Noto Sans CJK TC" w:hAnsi="Noto Sans CJK TC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崇右影藝科技大學影視傳播系器材借用單</dc:title>
  <dc:subject>可編輯三頁式器材借用單</dc:subject>
  <dc:creator>影視系 崇右</dc:creator>
  <cp:keywords>器材借用單, 借還確認</cp:keywords>
  <dc:description>generated by python-docx</dc:description>
  <cp:lastModifiedBy>侶威 郭</cp:lastModifiedBy>
  <cp:revision>2</cp:revision>
  <dcterms:created xsi:type="dcterms:W3CDTF">2026-11-02T13:12:00Z</dcterms:created>
  <dcterms:modified xsi:type="dcterms:W3CDTF">2026-11-02T13:12:00Z</dcterms:modified>
  <cp:category/>
</cp:coreProperties>
</file>